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79BD2" w14:textId="77777777" w:rsidR="00171B26" w:rsidRDefault="00000000">
      <w:pPr>
        <w:spacing w:after="160"/>
      </w:pPr>
      <w:r>
        <w:rPr>
          <w:rFonts w:ascii="Aptos Display" w:hAnsi="Aptos Display"/>
          <w:b/>
          <w:color w:val="141414"/>
          <w:sz w:val="30"/>
        </w:rPr>
        <w:t>Formulare – Allgemeine Angaben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24"/>
        <w:gridCol w:w="9184"/>
      </w:tblGrid>
      <w:tr w:rsidR="00171B26" w14:paraId="267C88D1" w14:textId="77777777" w:rsidTr="005E5388">
        <w:trPr>
          <w:jc w:val="center"/>
        </w:trPr>
        <w:tc>
          <w:tcPr>
            <w:tcW w:w="62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2B1AEEA" w14:textId="77777777" w:rsidR="00171B26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Nr.</w:t>
            </w:r>
          </w:p>
        </w:tc>
        <w:tc>
          <w:tcPr>
            <w:tcW w:w="918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59028DE" w14:textId="77777777" w:rsidR="00171B26" w:rsidRDefault="00000000">
            <w:pPr>
              <w:spacing w:after="0" w:line="240" w:lineRule="auto"/>
            </w:pPr>
            <w:proofErr w:type="spellStart"/>
            <w:r>
              <w:rPr>
                <w:b/>
                <w:color w:val="FFFFFF"/>
              </w:rPr>
              <w:t>Dokumente</w:t>
            </w:r>
            <w:proofErr w:type="spellEnd"/>
            <w:r>
              <w:rPr>
                <w:b/>
                <w:color w:val="FFFFFF"/>
              </w:rPr>
              <w:t xml:space="preserve"> / </w:t>
            </w:r>
            <w:proofErr w:type="spellStart"/>
            <w:r>
              <w:rPr>
                <w:b/>
                <w:color w:val="FFFFFF"/>
              </w:rPr>
              <w:t>Angaben</w:t>
            </w:r>
            <w:proofErr w:type="spellEnd"/>
          </w:p>
        </w:tc>
      </w:tr>
      <w:tr w:rsidR="00171B26" w14:paraId="73A913BE" w14:textId="77777777">
        <w:trPr>
          <w:jc w:val="center"/>
        </w:trPr>
        <w:tc>
          <w:tcPr>
            <w:tcW w:w="62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2998E4C" w14:textId="77777777" w:rsidR="00171B26" w:rsidRDefault="00000000">
            <w:pPr>
              <w:spacing w:after="0" w:line="240" w:lineRule="auto"/>
            </w:pPr>
            <w:r>
              <w:t>1</w:t>
            </w:r>
          </w:p>
        </w:tc>
        <w:tc>
          <w:tcPr>
            <w:tcW w:w="918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7F4C151" w14:textId="77777777" w:rsidR="00171B26" w:rsidRDefault="00000000">
            <w:pPr>
              <w:spacing w:after="0" w:line="240" w:lineRule="auto"/>
            </w:pPr>
            <w:r>
              <w:t>Allgemeine Angaben zum Studio</w:t>
            </w:r>
          </w:p>
        </w:tc>
      </w:tr>
      <w:tr w:rsidR="00171B26" w14:paraId="6C1F7D28" w14:textId="77777777">
        <w:trPr>
          <w:jc w:val="center"/>
        </w:trPr>
        <w:tc>
          <w:tcPr>
            <w:tcW w:w="62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8675FA1" w14:textId="77777777" w:rsidR="00171B26" w:rsidRDefault="00000000">
            <w:pPr>
              <w:spacing w:after="0" w:line="240" w:lineRule="auto"/>
            </w:pPr>
            <w:r>
              <w:t>2</w:t>
            </w:r>
          </w:p>
        </w:tc>
        <w:tc>
          <w:tcPr>
            <w:tcW w:w="918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0CC63D9" w14:textId="77777777" w:rsidR="00171B26" w:rsidRDefault="00000000">
            <w:pPr>
              <w:spacing w:after="0" w:line="240" w:lineRule="auto"/>
            </w:pPr>
            <w:r>
              <w:t>Allgemeine Angaben zum Kursangebot</w:t>
            </w:r>
          </w:p>
        </w:tc>
      </w:tr>
    </w:tbl>
    <w:p w14:paraId="0F115528" w14:textId="77777777" w:rsidR="00171B26" w:rsidRDefault="00000000">
      <w:pPr>
        <w:spacing w:before="160" w:after="40" w:line="252" w:lineRule="auto"/>
      </w:pPr>
      <w:r>
        <w:rPr>
          <w:b/>
          <w:color w:val="202020"/>
          <w:sz w:val="21"/>
        </w:rPr>
        <w:t>Erklärung zu den gemachten Angaben</w:t>
      </w:r>
    </w:p>
    <w:p w14:paraId="26FC891E" w14:textId="77777777" w:rsidR="00171B26" w:rsidRDefault="00000000">
      <w:pPr>
        <w:spacing w:after="160" w:line="252" w:lineRule="auto"/>
      </w:pPr>
      <w:r>
        <w:rPr>
          <w:color w:val="202020"/>
        </w:rPr>
        <w:t>Die folgenden Angaben dienen als verlässliche Grundlage für die Prüfung des Antrags auf Studio-Mitgliedschaft sowie für die administrative Kommunikation. Bitte füllen Sie alle Felder vollständig, korrekt und wahrheitsgemäss aus.</w:t>
      </w:r>
    </w:p>
    <w:p w14:paraId="41251678" w14:textId="77777777" w:rsidR="00171B26" w:rsidRDefault="00000000">
      <w:pPr>
        <w:spacing w:before="60" w:after="40" w:line="252" w:lineRule="auto"/>
      </w:pPr>
      <w:r>
        <w:rPr>
          <w:b/>
          <w:color w:val="202020"/>
          <w:sz w:val="22"/>
        </w:rPr>
        <w:t>01 / Allgemeine Angaben zum Studio</w:t>
      </w:r>
    </w:p>
    <w:p w14:paraId="46DBD9E0" w14:textId="77777777" w:rsidR="00171B26" w:rsidRDefault="00000000">
      <w:pPr>
        <w:spacing w:after="140" w:line="252" w:lineRule="auto"/>
      </w:pPr>
      <w:r>
        <w:rPr>
          <w:color w:val="202020"/>
        </w:rPr>
        <w:t>Bitte geben Sie neben Name und Adresse des Studios auch die nachfolgenden rechtlichen und organisatorischen Angaben an.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171B26" w14:paraId="39FF14A0" w14:textId="77777777" w:rsidTr="005E5388">
        <w:trPr>
          <w:jc w:val="center"/>
        </w:trPr>
        <w:tc>
          <w:tcPr>
            <w:tcW w:w="10376" w:type="dxa"/>
            <w:shd w:val="clear" w:color="auto" w:fill="8A1A45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7B424FDF" w14:textId="77777777" w:rsidR="00171B26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Angaben zum Studio</w:t>
            </w:r>
          </w:p>
        </w:tc>
      </w:tr>
    </w:tbl>
    <w:p w14:paraId="09C70649" w14:textId="77777777" w:rsidR="00171B26" w:rsidRDefault="00171B26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6"/>
        <w:gridCol w:w="5102"/>
      </w:tblGrid>
      <w:tr w:rsidR="00171B26" w14:paraId="5C04BB92" w14:textId="77777777">
        <w:trPr>
          <w:jc w:val="center"/>
        </w:trPr>
        <w:tc>
          <w:tcPr>
            <w:tcW w:w="470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348CEED" w14:textId="77777777" w:rsidR="00171B26" w:rsidRDefault="00000000">
            <w:pPr>
              <w:spacing w:after="0" w:line="240" w:lineRule="auto"/>
            </w:pPr>
            <w:r>
              <w:t>Name des Studios</w:t>
            </w:r>
          </w:p>
        </w:tc>
        <w:tc>
          <w:tcPr>
            <w:tcW w:w="510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B371A9D" w14:textId="77777777" w:rsidR="00171B26" w:rsidRDefault="00171B26">
            <w:pPr>
              <w:spacing w:after="0" w:line="240" w:lineRule="auto"/>
            </w:pPr>
          </w:p>
        </w:tc>
      </w:tr>
      <w:tr w:rsidR="00171B26" w14:paraId="33EEEAEA" w14:textId="77777777">
        <w:trPr>
          <w:jc w:val="center"/>
        </w:trPr>
        <w:tc>
          <w:tcPr>
            <w:tcW w:w="470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C9CB545" w14:textId="77777777" w:rsidR="00171B26" w:rsidRDefault="00000000">
            <w:pPr>
              <w:spacing w:after="0" w:line="240" w:lineRule="auto"/>
            </w:pPr>
            <w:r>
              <w:t>Strasse / Nummer</w:t>
            </w:r>
          </w:p>
        </w:tc>
        <w:tc>
          <w:tcPr>
            <w:tcW w:w="510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2E2DAC0" w14:textId="77777777" w:rsidR="00171B26" w:rsidRDefault="00171B26">
            <w:pPr>
              <w:spacing w:after="0" w:line="240" w:lineRule="auto"/>
            </w:pPr>
          </w:p>
        </w:tc>
      </w:tr>
      <w:tr w:rsidR="00171B26" w14:paraId="1BCC3029" w14:textId="77777777">
        <w:trPr>
          <w:jc w:val="center"/>
        </w:trPr>
        <w:tc>
          <w:tcPr>
            <w:tcW w:w="470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FB6F3D0" w14:textId="77777777" w:rsidR="00171B26" w:rsidRDefault="00000000">
            <w:pPr>
              <w:spacing w:after="0" w:line="240" w:lineRule="auto"/>
            </w:pPr>
            <w:r>
              <w:t>PLZ, Ort</w:t>
            </w:r>
          </w:p>
        </w:tc>
        <w:tc>
          <w:tcPr>
            <w:tcW w:w="510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8B4667A" w14:textId="77777777" w:rsidR="00171B26" w:rsidRDefault="00171B26">
            <w:pPr>
              <w:spacing w:after="0" w:line="240" w:lineRule="auto"/>
            </w:pPr>
          </w:p>
        </w:tc>
      </w:tr>
      <w:tr w:rsidR="00171B26" w14:paraId="04953468" w14:textId="77777777">
        <w:trPr>
          <w:jc w:val="center"/>
        </w:trPr>
        <w:tc>
          <w:tcPr>
            <w:tcW w:w="470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3606692" w14:textId="77777777" w:rsidR="00171B26" w:rsidRDefault="00000000">
            <w:pPr>
              <w:spacing w:after="0" w:line="240" w:lineRule="auto"/>
            </w:pPr>
            <w:r>
              <w:t>Land</w:t>
            </w:r>
          </w:p>
        </w:tc>
        <w:tc>
          <w:tcPr>
            <w:tcW w:w="510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44BA211" w14:textId="77777777" w:rsidR="00171B26" w:rsidRDefault="00000000">
            <w:pPr>
              <w:spacing w:after="0" w:line="240" w:lineRule="auto"/>
            </w:pPr>
            <w:r>
              <w:t>Schweiz</w:t>
            </w:r>
          </w:p>
        </w:tc>
      </w:tr>
      <w:tr w:rsidR="00171B26" w14:paraId="7B320C65" w14:textId="77777777">
        <w:trPr>
          <w:jc w:val="center"/>
        </w:trPr>
        <w:tc>
          <w:tcPr>
            <w:tcW w:w="470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B081F2B" w14:textId="77777777" w:rsidR="00171B26" w:rsidRDefault="00000000">
            <w:pPr>
              <w:spacing w:after="0" w:line="240" w:lineRule="auto"/>
            </w:pPr>
            <w:r>
              <w:t>Website</w:t>
            </w:r>
          </w:p>
        </w:tc>
        <w:tc>
          <w:tcPr>
            <w:tcW w:w="510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1A0A6F6" w14:textId="77777777" w:rsidR="00171B26" w:rsidRDefault="00171B26">
            <w:pPr>
              <w:spacing w:after="0" w:line="240" w:lineRule="auto"/>
            </w:pPr>
          </w:p>
        </w:tc>
      </w:tr>
      <w:tr w:rsidR="00171B26" w14:paraId="558B90D7" w14:textId="77777777">
        <w:trPr>
          <w:jc w:val="center"/>
        </w:trPr>
        <w:tc>
          <w:tcPr>
            <w:tcW w:w="470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A128783" w14:textId="77777777" w:rsidR="00171B26" w:rsidRDefault="00000000">
            <w:pPr>
              <w:spacing w:after="0" w:line="240" w:lineRule="auto"/>
            </w:pPr>
            <w:r>
              <w:t>Rechtsform der Organisation</w:t>
            </w:r>
          </w:p>
        </w:tc>
        <w:tc>
          <w:tcPr>
            <w:tcW w:w="510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3E57A24" w14:textId="77777777" w:rsidR="00171B26" w:rsidRDefault="00171B26">
            <w:pPr>
              <w:spacing w:after="0" w:line="240" w:lineRule="auto"/>
            </w:pPr>
          </w:p>
        </w:tc>
      </w:tr>
      <w:tr w:rsidR="00171B26" w14:paraId="7D8357FC" w14:textId="77777777">
        <w:trPr>
          <w:jc w:val="center"/>
        </w:trPr>
        <w:tc>
          <w:tcPr>
            <w:tcW w:w="470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640792C" w14:textId="77777777" w:rsidR="00171B26" w:rsidRDefault="00000000">
            <w:pPr>
              <w:spacing w:after="0" w:line="240" w:lineRule="auto"/>
            </w:pPr>
            <w:r>
              <w:t>Handelsregisternummer</w:t>
            </w:r>
          </w:p>
        </w:tc>
        <w:tc>
          <w:tcPr>
            <w:tcW w:w="510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2756A7E" w14:textId="77777777" w:rsidR="00171B26" w:rsidRDefault="00000000">
            <w:pPr>
              <w:spacing w:after="0" w:line="240" w:lineRule="auto"/>
            </w:pPr>
            <w:r>
              <w:rPr>
                <w:i/>
                <w:color w:val="787878"/>
              </w:rPr>
              <w:t>(falls vorhanden)</w:t>
            </w:r>
          </w:p>
        </w:tc>
      </w:tr>
      <w:tr w:rsidR="00171B26" w14:paraId="7F3B1EC7" w14:textId="77777777">
        <w:trPr>
          <w:jc w:val="center"/>
        </w:trPr>
        <w:tc>
          <w:tcPr>
            <w:tcW w:w="470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2D3542F" w14:textId="77777777" w:rsidR="00171B26" w:rsidRDefault="00000000">
            <w:pPr>
              <w:spacing w:after="0" w:line="240" w:lineRule="auto"/>
            </w:pPr>
            <w:r>
              <w:t>Unternehmens-Identifikationsnummer (UID)</w:t>
            </w:r>
          </w:p>
        </w:tc>
        <w:tc>
          <w:tcPr>
            <w:tcW w:w="510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0516FCE" w14:textId="77777777" w:rsidR="00171B26" w:rsidRDefault="00000000">
            <w:pPr>
              <w:spacing w:after="0" w:line="240" w:lineRule="auto"/>
            </w:pPr>
            <w:r>
              <w:rPr>
                <w:i/>
                <w:color w:val="787878"/>
              </w:rPr>
              <w:t>(falls zutreffend)</w:t>
            </w:r>
          </w:p>
        </w:tc>
      </w:tr>
    </w:tbl>
    <w:p w14:paraId="1A18BCB2" w14:textId="77777777" w:rsidR="00171B26" w:rsidRDefault="00171B26">
      <w:pPr>
        <w:spacing w:after="20" w:line="252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171B26" w14:paraId="549E3556" w14:textId="77777777" w:rsidTr="005E5388">
        <w:trPr>
          <w:jc w:val="center"/>
        </w:trPr>
        <w:tc>
          <w:tcPr>
            <w:tcW w:w="10376" w:type="dxa"/>
            <w:shd w:val="clear" w:color="auto" w:fill="8A1A45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420BAAA4" w14:textId="77777777" w:rsidR="00171B26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Mitgliedschaft und Zertifizierungsstatus</w:t>
            </w:r>
          </w:p>
        </w:tc>
      </w:tr>
    </w:tbl>
    <w:p w14:paraId="54710353" w14:textId="77777777" w:rsidR="00171B26" w:rsidRDefault="00171B26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139"/>
        <w:gridCol w:w="2324"/>
        <w:gridCol w:w="3345"/>
      </w:tblGrid>
      <w:tr w:rsidR="00171B26" w14:paraId="1BE914AD" w14:textId="77777777">
        <w:trPr>
          <w:jc w:val="center"/>
        </w:trPr>
        <w:tc>
          <w:tcPr>
            <w:tcW w:w="413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E997440" w14:textId="77777777" w:rsidR="00171B26" w:rsidRDefault="00000000">
            <w:pPr>
              <w:spacing w:after="0" w:line="240" w:lineRule="auto"/>
            </w:pPr>
            <w:r>
              <w:t>Sind Sie bereits Mitglied bei Pilatessuisse?</w:t>
            </w:r>
          </w:p>
        </w:tc>
        <w:tc>
          <w:tcPr>
            <w:tcW w:w="232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00D80B6" w14:textId="77777777" w:rsidR="00171B26" w:rsidRDefault="00000000">
            <w:pPr>
              <w:spacing w:after="0" w:line="240" w:lineRule="auto"/>
            </w:pPr>
            <w:r>
              <w:t>☐ Ja    ☐ Nein</w:t>
            </w:r>
          </w:p>
        </w:tc>
        <w:tc>
          <w:tcPr>
            <w:tcW w:w="3345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10F8835" w14:textId="77777777" w:rsidR="00171B26" w:rsidRDefault="00000000">
            <w:pPr>
              <w:spacing w:after="0" w:line="240" w:lineRule="auto"/>
            </w:pPr>
            <w:r>
              <w:t>Falls ja, seit (MM/JJJJ):</w:t>
            </w:r>
          </w:p>
        </w:tc>
      </w:tr>
      <w:tr w:rsidR="00171B26" w14:paraId="69301D7A" w14:textId="77777777">
        <w:trPr>
          <w:jc w:val="center"/>
        </w:trPr>
        <w:tc>
          <w:tcPr>
            <w:tcW w:w="4139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7CAE5E5" w14:textId="77777777" w:rsidR="00171B26" w:rsidRDefault="00000000">
            <w:pPr>
              <w:spacing w:after="0" w:line="240" w:lineRule="auto"/>
            </w:pPr>
            <w:r>
              <w:t>Sind Sie bereits QualiCert-zertifiziert?</w:t>
            </w:r>
          </w:p>
        </w:tc>
        <w:tc>
          <w:tcPr>
            <w:tcW w:w="232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DE2731C" w14:textId="77777777" w:rsidR="00171B26" w:rsidRDefault="00000000">
            <w:pPr>
              <w:spacing w:after="0" w:line="240" w:lineRule="auto"/>
            </w:pPr>
            <w:r>
              <w:t>☐ Ja    ☐ Nein</w:t>
            </w:r>
          </w:p>
        </w:tc>
        <w:tc>
          <w:tcPr>
            <w:tcW w:w="3345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366C8C0" w14:textId="77777777" w:rsidR="00171B26" w:rsidRDefault="00000000">
            <w:pPr>
              <w:spacing w:after="0" w:line="240" w:lineRule="auto"/>
            </w:pPr>
            <w:r>
              <w:t>Falls ja, seit (MM/JJJJ):</w:t>
            </w:r>
          </w:p>
        </w:tc>
      </w:tr>
    </w:tbl>
    <w:p w14:paraId="75E7C635" w14:textId="77777777" w:rsidR="00171B26" w:rsidRDefault="00000000">
      <w: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171B26" w14:paraId="73F987AB" w14:textId="77777777" w:rsidTr="005E5388">
        <w:trPr>
          <w:jc w:val="center"/>
        </w:trPr>
        <w:tc>
          <w:tcPr>
            <w:tcW w:w="10376" w:type="dxa"/>
            <w:shd w:val="clear" w:color="auto" w:fill="8A1A45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57ABC6E1" w14:textId="77777777" w:rsidR="00171B26" w:rsidRDefault="00000000">
            <w:pPr>
              <w:spacing w:after="0"/>
            </w:pPr>
            <w:proofErr w:type="spellStart"/>
            <w:r>
              <w:rPr>
                <w:b/>
                <w:color w:val="FFFFFF"/>
                <w:sz w:val="20"/>
              </w:rPr>
              <w:lastRenderedPageBreak/>
              <w:t>Kontaktdaten</w:t>
            </w:r>
            <w:proofErr w:type="spellEnd"/>
          </w:p>
        </w:tc>
      </w:tr>
    </w:tbl>
    <w:p w14:paraId="46D69478" w14:textId="77777777" w:rsidR="00171B26" w:rsidRDefault="00171B26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082"/>
        <w:gridCol w:w="5726"/>
      </w:tblGrid>
      <w:tr w:rsidR="00171B26" w14:paraId="7641B228" w14:textId="77777777">
        <w:trPr>
          <w:jc w:val="center"/>
        </w:trPr>
        <w:tc>
          <w:tcPr>
            <w:tcW w:w="408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10AA86B" w14:textId="77777777" w:rsidR="00171B26" w:rsidRDefault="00000000">
            <w:pPr>
              <w:spacing w:after="0" w:line="240" w:lineRule="auto"/>
            </w:pPr>
            <w:r>
              <w:t>Vorname der Kontaktperson</w:t>
            </w:r>
          </w:p>
        </w:tc>
        <w:tc>
          <w:tcPr>
            <w:tcW w:w="572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0EBEF23" w14:textId="77777777" w:rsidR="00171B26" w:rsidRDefault="00171B26">
            <w:pPr>
              <w:spacing w:after="0" w:line="240" w:lineRule="auto"/>
            </w:pPr>
          </w:p>
        </w:tc>
      </w:tr>
      <w:tr w:rsidR="00171B26" w14:paraId="16EA7624" w14:textId="77777777">
        <w:trPr>
          <w:jc w:val="center"/>
        </w:trPr>
        <w:tc>
          <w:tcPr>
            <w:tcW w:w="408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15C9B52" w14:textId="77777777" w:rsidR="00171B26" w:rsidRDefault="00000000">
            <w:pPr>
              <w:spacing w:after="0" w:line="240" w:lineRule="auto"/>
            </w:pPr>
            <w:r>
              <w:t>Nachname der Kontaktperson</w:t>
            </w:r>
          </w:p>
        </w:tc>
        <w:tc>
          <w:tcPr>
            <w:tcW w:w="572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8BF88A8" w14:textId="77777777" w:rsidR="00171B26" w:rsidRDefault="00171B26">
            <w:pPr>
              <w:spacing w:after="0" w:line="240" w:lineRule="auto"/>
            </w:pPr>
          </w:p>
        </w:tc>
      </w:tr>
      <w:tr w:rsidR="00171B26" w14:paraId="051701A1" w14:textId="77777777">
        <w:trPr>
          <w:jc w:val="center"/>
        </w:trPr>
        <w:tc>
          <w:tcPr>
            <w:tcW w:w="408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BC30624" w14:textId="77777777" w:rsidR="00171B26" w:rsidRDefault="00000000">
            <w:pPr>
              <w:spacing w:after="0" w:line="240" w:lineRule="auto"/>
            </w:pPr>
            <w:r>
              <w:t>Telefonnummer 1</w:t>
            </w:r>
          </w:p>
        </w:tc>
        <w:tc>
          <w:tcPr>
            <w:tcW w:w="572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3CF5C5C" w14:textId="77777777" w:rsidR="00171B26" w:rsidRDefault="00171B26">
            <w:pPr>
              <w:spacing w:after="0" w:line="240" w:lineRule="auto"/>
            </w:pPr>
          </w:p>
        </w:tc>
      </w:tr>
      <w:tr w:rsidR="00171B26" w14:paraId="5384DB01" w14:textId="77777777">
        <w:trPr>
          <w:jc w:val="center"/>
        </w:trPr>
        <w:tc>
          <w:tcPr>
            <w:tcW w:w="408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EA6268C" w14:textId="77777777" w:rsidR="00171B26" w:rsidRDefault="00000000">
            <w:pPr>
              <w:spacing w:after="0" w:line="240" w:lineRule="auto"/>
            </w:pPr>
            <w:r>
              <w:t>Telefonnummer 2</w:t>
            </w:r>
          </w:p>
        </w:tc>
        <w:tc>
          <w:tcPr>
            <w:tcW w:w="572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721B761" w14:textId="77777777" w:rsidR="00171B26" w:rsidRDefault="00171B26">
            <w:pPr>
              <w:spacing w:after="0" w:line="240" w:lineRule="auto"/>
            </w:pPr>
          </w:p>
        </w:tc>
      </w:tr>
      <w:tr w:rsidR="00171B26" w14:paraId="388859AE" w14:textId="77777777">
        <w:trPr>
          <w:jc w:val="center"/>
        </w:trPr>
        <w:tc>
          <w:tcPr>
            <w:tcW w:w="408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AD29C3E" w14:textId="77777777" w:rsidR="00171B26" w:rsidRDefault="00000000">
            <w:pPr>
              <w:spacing w:after="0" w:line="240" w:lineRule="auto"/>
            </w:pPr>
            <w:r>
              <w:t>E-Mail-Adresse</w:t>
            </w:r>
          </w:p>
        </w:tc>
        <w:tc>
          <w:tcPr>
            <w:tcW w:w="572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CC0B90F" w14:textId="77777777" w:rsidR="00171B26" w:rsidRDefault="00171B26">
            <w:pPr>
              <w:spacing w:after="0" w:line="240" w:lineRule="auto"/>
            </w:pPr>
          </w:p>
        </w:tc>
      </w:tr>
      <w:tr w:rsidR="00171B26" w14:paraId="50949BC2" w14:textId="77777777">
        <w:trPr>
          <w:jc w:val="center"/>
        </w:trPr>
        <w:tc>
          <w:tcPr>
            <w:tcW w:w="4082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1E52AF8" w14:textId="77777777" w:rsidR="00171B26" w:rsidRDefault="00000000">
            <w:pPr>
              <w:spacing w:after="0" w:line="240" w:lineRule="auto"/>
            </w:pPr>
            <w:r>
              <w:t>Geburtsdatum</w:t>
            </w:r>
          </w:p>
        </w:tc>
        <w:tc>
          <w:tcPr>
            <w:tcW w:w="5726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FAE663A" w14:textId="77777777" w:rsidR="00171B26" w:rsidRDefault="00171B26">
            <w:pPr>
              <w:spacing w:after="0" w:line="240" w:lineRule="auto"/>
            </w:pPr>
          </w:p>
        </w:tc>
      </w:tr>
    </w:tbl>
    <w:p w14:paraId="70282F66" w14:textId="77777777" w:rsidR="00171B26" w:rsidRDefault="00171B26">
      <w:pPr>
        <w:spacing w:after="20" w:line="252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171B26" w14:paraId="71E927EE" w14:textId="77777777" w:rsidTr="005E5388">
        <w:trPr>
          <w:jc w:val="center"/>
        </w:trPr>
        <w:tc>
          <w:tcPr>
            <w:tcW w:w="10376" w:type="dxa"/>
            <w:shd w:val="clear" w:color="auto" w:fill="8A1A45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50AF58A9" w14:textId="77777777" w:rsidR="00171B26" w:rsidRDefault="00000000">
            <w:pPr>
              <w:spacing w:after="0"/>
            </w:pPr>
            <w:proofErr w:type="spellStart"/>
            <w:r>
              <w:rPr>
                <w:b/>
                <w:color w:val="FFFFFF"/>
                <w:sz w:val="20"/>
              </w:rPr>
              <w:t>Rechnungsadresse</w:t>
            </w:r>
            <w:proofErr w:type="spellEnd"/>
          </w:p>
        </w:tc>
      </w:tr>
    </w:tbl>
    <w:p w14:paraId="18ADBBD1" w14:textId="77777777" w:rsidR="00171B26" w:rsidRDefault="00171B26">
      <w:pPr>
        <w:spacing w:after="0"/>
      </w:pPr>
    </w:p>
    <w:p w14:paraId="5C0AF932" w14:textId="77777777" w:rsidR="00171B26" w:rsidRDefault="00000000">
      <w:pPr>
        <w:spacing w:after="60" w:line="252" w:lineRule="auto"/>
      </w:pPr>
      <w:r>
        <w:rPr>
          <w:color w:val="202020"/>
          <w:sz w:val="17"/>
        </w:rPr>
        <w:t>Nur ausfüllen, wenn die Rechnungsadresse von der Studioadresse abweicht.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91"/>
        <w:gridCol w:w="6917"/>
      </w:tblGrid>
      <w:tr w:rsidR="00171B26" w14:paraId="494D8697" w14:textId="77777777">
        <w:trPr>
          <w:jc w:val="center"/>
        </w:trPr>
        <w:tc>
          <w:tcPr>
            <w:tcW w:w="2891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C06DCD1" w14:textId="77777777" w:rsidR="00171B26" w:rsidRDefault="00000000">
            <w:pPr>
              <w:spacing w:after="0" w:line="240" w:lineRule="auto"/>
            </w:pPr>
            <w:r>
              <w:t>Name</w:t>
            </w:r>
          </w:p>
        </w:tc>
        <w:tc>
          <w:tcPr>
            <w:tcW w:w="69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E51F5C0" w14:textId="77777777" w:rsidR="00171B26" w:rsidRDefault="00171B26">
            <w:pPr>
              <w:spacing w:after="0" w:line="240" w:lineRule="auto"/>
            </w:pPr>
          </w:p>
        </w:tc>
      </w:tr>
      <w:tr w:rsidR="00171B26" w14:paraId="622BA030" w14:textId="77777777">
        <w:trPr>
          <w:jc w:val="center"/>
        </w:trPr>
        <w:tc>
          <w:tcPr>
            <w:tcW w:w="2891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E311F67" w14:textId="77777777" w:rsidR="00171B26" w:rsidRDefault="00000000">
            <w:pPr>
              <w:spacing w:after="0" w:line="240" w:lineRule="auto"/>
            </w:pPr>
            <w:r>
              <w:t>Strasse / Nummer</w:t>
            </w:r>
          </w:p>
        </w:tc>
        <w:tc>
          <w:tcPr>
            <w:tcW w:w="69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D8E965E" w14:textId="77777777" w:rsidR="00171B26" w:rsidRDefault="00171B26">
            <w:pPr>
              <w:spacing w:after="0" w:line="240" w:lineRule="auto"/>
            </w:pPr>
          </w:p>
        </w:tc>
      </w:tr>
      <w:tr w:rsidR="00171B26" w14:paraId="427B5B49" w14:textId="77777777">
        <w:trPr>
          <w:jc w:val="center"/>
        </w:trPr>
        <w:tc>
          <w:tcPr>
            <w:tcW w:w="2891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EAD3E02" w14:textId="77777777" w:rsidR="00171B26" w:rsidRDefault="00000000">
            <w:pPr>
              <w:spacing w:after="0" w:line="240" w:lineRule="auto"/>
            </w:pPr>
            <w:r>
              <w:t>PLZ, Ort</w:t>
            </w:r>
          </w:p>
        </w:tc>
        <w:tc>
          <w:tcPr>
            <w:tcW w:w="69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730B423" w14:textId="77777777" w:rsidR="00171B26" w:rsidRDefault="00171B26">
            <w:pPr>
              <w:spacing w:after="0" w:line="240" w:lineRule="auto"/>
            </w:pPr>
          </w:p>
        </w:tc>
      </w:tr>
      <w:tr w:rsidR="00171B26" w14:paraId="34948059" w14:textId="77777777">
        <w:trPr>
          <w:jc w:val="center"/>
        </w:trPr>
        <w:tc>
          <w:tcPr>
            <w:tcW w:w="2891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169DEAE" w14:textId="77777777" w:rsidR="00171B26" w:rsidRDefault="00000000">
            <w:pPr>
              <w:spacing w:after="0" w:line="240" w:lineRule="auto"/>
            </w:pPr>
            <w:r>
              <w:t>Land</w:t>
            </w:r>
          </w:p>
        </w:tc>
        <w:tc>
          <w:tcPr>
            <w:tcW w:w="69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59086EA" w14:textId="77777777" w:rsidR="00171B26" w:rsidRDefault="00171B26">
            <w:pPr>
              <w:spacing w:after="0" w:line="240" w:lineRule="auto"/>
            </w:pPr>
          </w:p>
        </w:tc>
      </w:tr>
    </w:tbl>
    <w:p w14:paraId="400C98CB" w14:textId="77777777" w:rsidR="00171B26" w:rsidRDefault="00000000">
      <w:pPr>
        <w:spacing w:before="200" w:after="40" w:line="252" w:lineRule="auto"/>
      </w:pPr>
      <w:r>
        <w:rPr>
          <w:b/>
          <w:color w:val="202020"/>
          <w:sz w:val="22"/>
        </w:rPr>
        <w:t>02 / Allgemeine Angaben zum Kursangebot</w:t>
      </w:r>
    </w:p>
    <w:p w14:paraId="3E4E8202" w14:textId="77777777" w:rsidR="00171B26" w:rsidRDefault="00000000">
      <w:pPr>
        <w:spacing w:after="100" w:line="252" w:lineRule="auto"/>
      </w:pPr>
      <w:r>
        <w:rPr>
          <w:color w:val="202020"/>
        </w:rPr>
        <w:t>Bitte führen Sie alle Pilates-Kursleitenden auf, die im Studio tätig sind. Jede Person sollte über die für ihre Kurse erforderlichen Qualifikationen verfügen.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171B26" w14:paraId="3F514D32" w14:textId="77777777" w:rsidTr="005E5388">
        <w:trPr>
          <w:jc w:val="center"/>
        </w:trPr>
        <w:tc>
          <w:tcPr>
            <w:tcW w:w="10376" w:type="dxa"/>
            <w:shd w:val="clear" w:color="auto" w:fill="8A1A45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64DE4D88" w14:textId="77777777" w:rsidR="00171B26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Pilates-Kursleitende</w:t>
            </w:r>
          </w:p>
        </w:tc>
      </w:tr>
    </w:tbl>
    <w:p w14:paraId="2D0B5B7F" w14:textId="77777777" w:rsidR="00171B26" w:rsidRDefault="00171B26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1474"/>
        <w:gridCol w:w="1474"/>
        <w:gridCol w:w="1984"/>
        <w:gridCol w:w="2494"/>
        <w:gridCol w:w="1928"/>
      </w:tblGrid>
      <w:tr w:rsidR="00171B26" w14:paraId="3FEFB2B9" w14:textId="77777777" w:rsidTr="005E5388">
        <w:trPr>
          <w:jc w:val="center"/>
        </w:trPr>
        <w:tc>
          <w:tcPr>
            <w:tcW w:w="45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7C1D2EE" w14:textId="77777777" w:rsidR="00171B26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Nr.</w:t>
            </w: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1C5CC5A" w14:textId="77777777" w:rsidR="00171B26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Nachname</w:t>
            </w: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C3D7502" w14:textId="77777777" w:rsidR="00171B26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Vorname</w:t>
            </w:r>
          </w:p>
        </w:tc>
        <w:tc>
          <w:tcPr>
            <w:tcW w:w="198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CBE9F2C" w14:textId="77777777" w:rsidR="00171B26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Strasse</w:t>
            </w:r>
          </w:p>
        </w:tc>
        <w:tc>
          <w:tcPr>
            <w:tcW w:w="249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7ED45D5" w14:textId="77777777" w:rsidR="00171B26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PLZ, Ort</w:t>
            </w:r>
          </w:p>
        </w:tc>
        <w:tc>
          <w:tcPr>
            <w:tcW w:w="192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B00066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49CD6F7" w14:textId="77777777" w:rsidR="00171B26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Geburtsdatum</w:t>
            </w:r>
          </w:p>
        </w:tc>
      </w:tr>
      <w:tr w:rsidR="00171B26" w14:paraId="51D207D3" w14:textId="77777777">
        <w:trPr>
          <w:jc w:val="center"/>
        </w:trPr>
        <w:tc>
          <w:tcPr>
            <w:tcW w:w="45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9A839BF" w14:textId="77777777" w:rsidR="00171B26" w:rsidRDefault="00000000">
            <w:pPr>
              <w:spacing w:after="0" w:line="240" w:lineRule="auto"/>
            </w:pPr>
            <w:r>
              <w:t>1</w:t>
            </w: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5BC4CB8" w14:textId="77777777" w:rsidR="00171B26" w:rsidRDefault="00171B26">
            <w:pPr>
              <w:spacing w:after="0" w:line="240" w:lineRule="auto"/>
            </w:pP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3D8241B" w14:textId="77777777" w:rsidR="00171B26" w:rsidRDefault="00171B26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5EE03FD" w14:textId="77777777" w:rsidR="00171B26" w:rsidRDefault="00171B26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71BD521" w14:textId="77777777" w:rsidR="00171B26" w:rsidRDefault="00171B26">
            <w:pPr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1CC331F" w14:textId="77777777" w:rsidR="00171B26" w:rsidRDefault="00171B26">
            <w:pPr>
              <w:spacing w:after="0" w:line="240" w:lineRule="auto"/>
            </w:pPr>
          </w:p>
        </w:tc>
      </w:tr>
      <w:tr w:rsidR="00171B26" w14:paraId="0FB8C3D5" w14:textId="77777777">
        <w:trPr>
          <w:jc w:val="center"/>
        </w:trPr>
        <w:tc>
          <w:tcPr>
            <w:tcW w:w="45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1830226" w14:textId="77777777" w:rsidR="00171B26" w:rsidRDefault="00000000">
            <w:pPr>
              <w:spacing w:after="0" w:line="240" w:lineRule="auto"/>
            </w:pPr>
            <w:r>
              <w:t>2</w:t>
            </w: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9F60CC7" w14:textId="77777777" w:rsidR="00171B26" w:rsidRDefault="00171B26">
            <w:pPr>
              <w:spacing w:after="0" w:line="240" w:lineRule="auto"/>
            </w:pP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F54DEC7" w14:textId="77777777" w:rsidR="00171B26" w:rsidRDefault="00171B26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5F324EA" w14:textId="77777777" w:rsidR="00171B26" w:rsidRDefault="00171B26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BDBF213" w14:textId="77777777" w:rsidR="00171B26" w:rsidRDefault="00171B26">
            <w:pPr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FE28297" w14:textId="77777777" w:rsidR="00171B26" w:rsidRDefault="00171B26">
            <w:pPr>
              <w:spacing w:after="0" w:line="240" w:lineRule="auto"/>
            </w:pPr>
          </w:p>
        </w:tc>
      </w:tr>
      <w:tr w:rsidR="00171B26" w14:paraId="3938607A" w14:textId="77777777">
        <w:trPr>
          <w:jc w:val="center"/>
        </w:trPr>
        <w:tc>
          <w:tcPr>
            <w:tcW w:w="45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E3D8836" w14:textId="77777777" w:rsidR="00171B26" w:rsidRDefault="00000000">
            <w:pPr>
              <w:spacing w:after="0" w:line="240" w:lineRule="auto"/>
            </w:pPr>
            <w:r>
              <w:t>3</w:t>
            </w: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99F648B" w14:textId="77777777" w:rsidR="00171B26" w:rsidRDefault="00171B26">
            <w:pPr>
              <w:spacing w:after="0" w:line="240" w:lineRule="auto"/>
            </w:pP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2E11C09" w14:textId="77777777" w:rsidR="00171B26" w:rsidRDefault="00171B26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0FD628F" w14:textId="77777777" w:rsidR="00171B26" w:rsidRDefault="00171B26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3BAC0E5" w14:textId="77777777" w:rsidR="00171B26" w:rsidRDefault="00171B26">
            <w:pPr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E86ECD5" w14:textId="77777777" w:rsidR="00171B26" w:rsidRDefault="00171B26">
            <w:pPr>
              <w:spacing w:after="0" w:line="240" w:lineRule="auto"/>
            </w:pPr>
          </w:p>
        </w:tc>
      </w:tr>
      <w:tr w:rsidR="00171B26" w14:paraId="6DB0DF9A" w14:textId="77777777">
        <w:trPr>
          <w:jc w:val="center"/>
        </w:trPr>
        <w:tc>
          <w:tcPr>
            <w:tcW w:w="45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2D9EB88" w14:textId="77777777" w:rsidR="00171B26" w:rsidRDefault="00000000">
            <w:pPr>
              <w:spacing w:after="0" w:line="240" w:lineRule="auto"/>
            </w:pPr>
            <w:r>
              <w:t>4</w:t>
            </w: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D2D97A0" w14:textId="77777777" w:rsidR="00171B26" w:rsidRDefault="00171B26">
            <w:pPr>
              <w:spacing w:after="0" w:line="240" w:lineRule="auto"/>
            </w:pP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91E9916" w14:textId="77777777" w:rsidR="00171B26" w:rsidRDefault="00171B26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5E3B12A" w14:textId="77777777" w:rsidR="00171B26" w:rsidRDefault="00171B26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B107FBC" w14:textId="77777777" w:rsidR="00171B26" w:rsidRDefault="00171B26">
            <w:pPr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3012337" w14:textId="77777777" w:rsidR="00171B26" w:rsidRDefault="00171B26">
            <w:pPr>
              <w:spacing w:after="0" w:line="240" w:lineRule="auto"/>
            </w:pPr>
          </w:p>
        </w:tc>
      </w:tr>
      <w:tr w:rsidR="00171B26" w14:paraId="32C7C739" w14:textId="77777777">
        <w:trPr>
          <w:jc w:val="center"/>
        </w:trPr>
        <w:tc>
          <w:tcPr>
            <w:tcW w:w="45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57F02FE" w14:textId="77777777" w:rsidR="00171B26" w:rsidRDefault="00000000">
            <w:pPr>
              <w:spacing w:after="0" w:line="240" w:lineRule="auto"/>
            </w:pPr>
            <w:r>
              <w:t>5</w:t>
            </w: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4A2A16A" w14:textId="77777777" w:rsidR="00171B26" w:rsidRDefault="00171B26">
            <w:pPr>
              <w:spacing w:after="0" w:line="240" w:lineRule="auto"/>
            </w:pPr>
          </w:p>
        </w:tc>
        <w:tc>
          <w:tcPr>
            <w:tcW w:w="147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E1742DD" w14:textId="77777777" w:rsidR="00171B26" w:rsidRDefault="00171B26">
            <w:pPr>
              <w:spacing w:after="0" w:line="240" w:lineRule="auto"/>
            </w:pPr>
          </w:p>
        </w:tc>
        <w:tc>
          <w:tcPr>
            <w:tcW w:w="198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D6CEC94" w14:textId="77777777" w:rsidR="00171B26" w:rsidRDefault="00171B26">
            <w:pPr>
              <w:spacing w:after="0" w:line="240" w:lineRule="auto"/>
            </w:pPr>
          </w:p>
        </w:tc>
        <w:tc>
          <w:tcPr>
            <w:tcW w:w="2494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6BCD0DF" w14:textId="77777777" w:rsidR="00171B26" w:rsidRDefault="00171B26">
            <w:pPr>
              <w:spacing w:after="0" w:line="240" w:lineRule="auto"/>
            </w:pPr>
          </w:p>
        </w:tc>
        <w:tc>
          <w:tcPr>
            <w:tcW w:w="192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4A5AC18" w14:textId="77777777" w:rsidR="00171B26" w:rsidRDefault="00171B26">
            <w:pPr>
              <w:spacing w:after="0" w:line="240" w:lineRule="auto"/>
            </w:pPr>
          </w:p>
        </w:tc>
      </w:tr>
    </w:tbl>
    <w:p w14:paraId="35329985" w14:textId="77777777" w:rsidR="00171B26" w:rsidRDefault="00000000">
      <w:r>
        <w:br w:type="page"/>
      </w:r>
    </w:p>
    <w:p w14:paraId="7138458D" w14:textId="77777777" w:rsidR="00171B26" w:rsidRDefault="00000000">
      <w:pPr>
        <w:spacing w:after="120" w:line="252" w:lineRule="auto"/>
      </w:pPr>
      <w:r>
        <w:rPr>
          <w:color w:val="202020"/>
        </w:rPr>
        <w:lastRenderedPageBreak/>
        <w:t>Bitte führen Sie die aktuell angebotenen Pilates-Kurse auf. Tragen Sie in der Spalte „Kursleitung Nr.“ die Nummer der Person ein, die den Kurs unterrichtet. Eine Person kann mehrere Kurse leiten.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171B26" w14:paraId="700FEDCB" w14:textId="77777777" w:rsidTr="0061467C">
        <w:trPr>
          <w:jc w:val="center"/>
        </w:trPr>
        <w:tc>
          <w:tcPr>
            <w:tcW w:w="10376" w:type="dxa"/>
            <w:shd w:val="clear" w:color="auto" w:fill="8A1A45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16D121F2" w14:textId="77777777" w:rsidR="00171B26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Kursangebot</w:t>
            </w:r>
          </w:p>
        </w:tc>
      </w:tr>
    </w:tbl>
    <w:p w14:paraId="2E227D62" w14:textId="77777777" w:rsidR="00171B26" w:rsidRDefault="00171B26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5443"/>
        <w:gridCol w:w="1417"/>
      </w:tblGrid>
      <w:tr w:rsidR="00171B26" w14:paraId="770A0609" w14:textId="77777777" w:rsidTr="0061467C">
        <w:trPr>
          <w:jc w:val="center"/>
        </w:trPr>
        <w:tc>
          <w:tcPr>
            <w:tcW w:w="294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0DD28" w14:textId="77777777" w:rsidR="00171B26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Bereich</w:t>
            </w:r>
          </w:p>
        </w:tc>
        <w:tc>
          <w:tcPr>
            <w:tcW w:w="5443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14F73" w14:textId="77777777" w:rsidR="00171B26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Kurstitel</w:t>
            </w:r>
          </w:p>
        </w:tc>
        <w:tc>
          <w:tcPr>
            <w:tcW w:w="14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8A1A45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1DBCC" w14:textId="77777777" w:rsidR="00171B26" w:rsidRDefault="00000000">
            <w:pPr>
              <w:spacing w:after="0" w:line="240" w:lineRule="auto"/>
            </w:pPr>
            <w:r>
              <w:rPr>
                <w:b/>
                <w:color w:val="FFFFFF"/>
              </w:rPr>
              <w:t>Kursleitung Nr.</w:t>
            </w:r>
          </w:p>
        </w:tc>
      </w:tr>
      <w:tr w:rsidR="00171B26" w14:paraId="24DB4A7B" w14:textId="77777777">
        <w:trPr>
          <w:jc w:val="center"/>
        </w:trPr>
        <w:tc>
          <w:tcPr>
            <w:tcW w:w="294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67ACF" w14:textId="77777777" w:rsidR="00171B26" w:rsidRDefault="00000000">
            <w:pPr>
              <w:spacing w:after="0" w:line="240" w:lineRule="auto"/>
            </w:pPr>
            <w:r>
              <w:t>Pilates</w:t>
            </w:r>
          </w:p>
        </w:tc>
        <w:tc>
          <w:tcPr>
            <w:tcW w:w="5443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234A2" w14:textId="77777777" w:rsidR="00171B26" w:rsidRDefault="00171B2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A181A" w14:textId="77777777" w:rsidR="00171B26" w:rsidRDefault="00171B26">
            <w:pPr>
              <w:spacing w:after="0" w:line="240" w:lineRule="auto"/>
            </w:pPr>
          </w:p>
        </w:tc>
      </w:tr>
      <w:tr w:rsidR="00171B26" w14:paraId="6E67F9A2" w14:textId="77777777">
        <w:trPr>
          <w:jc w:val="center"/>
        </w:trPr>
        <w:tc>
          <w:tcPr>
            <w:tcW w:w="294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50A88" w14:textId="77777777" w:rsidR="00171B26" w:rsidRDefault="00000000">
            <w:pPr>
              <w:spacing w:after="0" w:line="240" w:lineRule="auto"/>
            </w:pPr>
            <w:r>
              <w:t>Pilates</w:t>
            </w:r>
          </w:p>
        </w:tc>
        <w:tc>
          <w:tcPr>
            <w:tcW w:w="5443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1BF93" w14:textId="77777777" w:rsidR="00171B26" w:rsidRDefault="00171B2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F3EC6" w14:textId="77777777" w:rsidR="00171B26" w:rsidRDefault="00171B26">
            <w:pPr>
              <w:spacing w:after="0" w:line="240" w:lineRule="auto"/>
            </w:pPr>
          </w:p>
        </w:tc>
      </w:tr>
      <w:tr w:rsidR="00171B26" w14:paraId="2F16963C" w14:textId="77777777">
        <w:trPr>
          <w:jc w:val="center"/>
        </w:trPr>
        <w:tc>
          <w:tcPr>
            <w:tcW w:w="294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0B589" w14:textId="77777777" w:rsidR="00171B26" w:rsidRDefault="00171B26">
            <w:pPr>
              <w:spacing w:after="0" w:line="240" w:lineRule="auto"/>
            </w:pPr>
          </w:p>
        </w:tc>
        <w:tc>
          <w:tcPr>
            <w:tcW w:w="5443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12203" w14:textId="77777777" w:rsidR="00171B26" w:rsidRDefault="00171B2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A28D62" w14:textId="77777777" w:rsidR="00171B26" w:rsidRDefault="00171B26">
            <w:pPr>
              <w:spacing w:after="0" w:line="240" w:lineRule="auto"/>
            </w:pPr>
          </w:p>
        </w:tc>
      </w:tr>
      <w:tr w:rsidR="00171B26" w14:paraId="1214283F" w14:textId="77777777">
        <w:trPr>
          <w:jc w:val="center"/>
        </w:trPr>
        <w:tc>
          <w:tcPr>
            <w:tcW w:w="294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E4707" w14:textId="77777777" w:rsidR="00171B26" w:rsidRDefault="00171B26">
            <w:pPr>
              <w:spacing w:after="0" w:line="240" w:lineRule="auto"/>
            </w:pPr>
          </w:p>
        </w:tc>
        <w:tc>
          <w:tcPr>
            <w:tcW w:w="5443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7991B" w14:textId="77777777" w:rsidR="00171B26" w:rsidRDefault="00171B2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9782C" w14:textId="77777777" w:rsidR="00171B26" w:rsidRDefault="00171B26">
            <w:pPr>
              <w:spacing w:after="0" w:line="240" w:lineRule="auto"/>
            </w:pPr>
          </w:p>
        </w:tc>
      </w:tr>
      <w:tr w:rsidR="00171B26" w14:paraId="64E618F9" w14:textId="77777777">
        <w:trPr>
          <w:jc w:val="center"/>
        </w:trPr>
        <w:tc>
          <w:tcPr>
            <w:tcW w:w="294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8C0E5" w14:textId="77777777" w:rsidR="00171B26" w:rsidRDefault="00171B26">
            <w:pPr>
              <w:spacing w:after="0" w:line="240" w:lineRule="auto"/>
            </w:pPr>
          </w:p>
        </w:tc>
        <w:tc>
          <w:tcPr>
            <w:tcW w:w="5443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ECDA06" w14:textId="77777777" w:rsidR="00171B26" w:rsidRDefault="00171B2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4E0EE" w14:textId="77777777" w:rsidR="00171B26" w:rsidRDefault="00171B26">
            <w:pPr>
              <w:spacing w:after="0" w:line="240" w:lineRule="auto"/>
            </w:pPr>
          </w:p>
        </w:tc>
      </w:tr>
      <w:tr w:rsidR="00171B26" w14:paraId="2146B973" w14:textId="77777777">
        <w:trPr>
          <w:jc w:val="center"/>
        </w:trPr>
        <w:tc>
          <w:tcPr>
            <w:tcW w:w="294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8F4E0" w14:textId="77777777" w:rsidR="00171B26" w:rsidRDefault="00171B26">
            <w:pPr>
              <w:spacing w:after="0" w:line="240" w:lineRule="auto"/>
            </w:pPr>
          </w:p>
        </w:tc>
        <w:tc>
          <w:tcPr>
            <w:tcW w:w="5443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72F35" w14:textId="77777777" w:rsidR="00171B26" w:rsidRDefault="00171B26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AEB6F" w14:textId="77777777" w:rsidR="00171B26" w:rsidRDefault="00171B26">
            <w:pPr>
              <w:spacing w:after="0" w:line="240" w:lineRule="auto"/>
            </w:pPr>
          </w:p>
        </w:tc>
      </w:tr>
    </w:tbl>
    <w:p w14:paraId="31452621" w14:textId="77777777" w:rsidR="00171B26" w:rsidRDefault="00171B26">
      <w:pPr>
        <w:spacing w:after="40" w:line="252" w:lineRule="auto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376"/>
      </w:tblGrid>
      <w:tr w:rsidR="00171B26" w14:paraId="2741582D" w14:textId="77777777" w:rsidTr="0061467C">
        <w:trPr>
          <w:jc w:val="center"/>
        </w:trPr>
        <w:tc>
          <w:tcPr>
            <w:tcW w:w="10376" w:type="dxa"/>
            <w:shd w:val="clear" w:color="auto" w:fill="8A1A45"/>
            <w:tcMar>
              <w:top w:w="65" w:type="dxa"/>
              <w:left w:w="100" w:type="dxa"/>
              <w:bottom w:w="65" w:type="dxa"/>
              <w:right w:w="100" w:type="dxa"/>
            </w:tcMar>
          </w:tcPr>
          <w:p w14:paraId="44D4800D" w14:textId="77777777" w:rsidR="00171B26" w:rsidRDefault="00000000">
            <w:pPr>
              <w:spacing w:after="0"/>
            </w:pPr>
            <w:r>
              <w:rPr>
                <w:b/>
                <w:color w:val="FFFFFF"/>
                <w:sz w:val="20"/>
              </w:rPr>
              <w:t>Bemerkungen</w:t>
            </w:r>
          </w:p>
        </w:tc>
      </w:tr>
    </w:tbl>
    <w:p w14:paraId="10E08DF1" w14:textId="77777777" w:rsidR="00171B26" w:rsidRDefault="00171B26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808"/>
      </w:tblGrid>
      <w:tr w:rsidR="00171B26" w14:paraId="7828C9D7" w14:textId="77777777">
        <w:trPr>
          <w:jc w:val="center"/>
        </w:trPr>
        <w:tc>
          <w:tcPr>
            <w:tcW w:w="9808" w:type="dxa"/>
            <w:tcBorders>
              <w:top w:val="single" w:sz="6" w:space="0" w:color="B8B8B8"/>
              <w:left w:val="single" w:sz="6" w:space="0" w:color="B8B8B8"/>
              <w:bottom w:val="single" w:sz="6" w:space="0" w:color="B8B8B8"/>
              <w:right w:val="single" w:sz="6" w:space="0" w:color="B8B8B8"/>
            </w:tcBorders>
            <w:shd w:val="clear" w:color="auto" w:fill="F6F6F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216FE" w14:textId="77777777" w:rsidR="00171B26" w:rsidRDefault="00000000">
            <w:pPr>
              <w:spacing w:after="0" w:line="240" w:lineRule="auto"/>
            </w:pPr>
            <w:r>
              <w:br/>
            </w:r>
            <w:r>
              <w:br/>
            </w:r>
            <w:r>
              <w:br/>
            </w:r>
          </w:p>
        </w:tc>
      </w:tr>
    </w:tbl>
    <w:p w14:paraId="4FD42674" w14:textId="77777777" w:rsidR="00171B26" w:rsidRDefault="00000000">
      <w:pPr>
        <w:spacing w:before="200" w:after="160"/>
      </w:pPr>
      <w:r>
        <w:rPr>
          <w:sz w:val="19"/>
        </w:rPr>
        <w:t>☐  Ich habe die Angaben überprüft und bestätige, dass sie vollständig und korrekt sind.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188"/>
        <w:gridCol w:w="5188"/>
      </w:tblGrid>
      <w:tr w:rsidR="00171B26" w14:paraId="5FF66C14" w14:textId="77777777"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</w:tcPr>
          <w:p w14:paraId="18D418F8" w14:textId="77777777" w:rsidR="00171B26" w:rsidRDefault="00000000">
            <w:r>
              <w:t>Datum:  ____________________</w:t>
            </w:r>
          </w:p>
        </w:tc>
        <w:tc>
          <w:tcPr>
            <w:tcW w:w="5188" w:type="dxa"/>
            <w:tcBorders>
              <w:top w:val="nil"/>
              <w:left w:val="nil"/>
              <w:bottom w:val="nil"/>
              <w:right w:val="nil"/>
            </w:tcBorders>
          </w:tcPr>
          <w:p w14:paraId="1BCE99FE" w14:textId="77777777" w:rsidR="00171B26" w:rsidRDefault="00000000">
            <w:r>
              <w:t>Name / Unterschrift:  ______________________________</w:t>
            </w:r>
          </w:p>
        </w:tc>
      </w:tr>
    </w:tbl>
    <w:p w14:paraId="0B9D2E0F" w14:textId="77777777" w:rsidR="00171B26" w:rsidRDefault="00000000">
      <w:pPr>
        <w:spacing w:before="240" w:after="0" w:line="252" w:lineRule="auto"/>
      </w:pPr>
      <w:r>
        <w:rPr>
          <w:b/>
          <w:color w:val="202020"/>
          <w:sz w:val="21"/>
        </w:rPr>
        <w:t>Bitte senden Sie das ausgefüllte Formular als PDF per E-Mail an info@pilatessuisse.ch.</w:t>
      </w:r>
    </w:p>
    <w:sectPr w:rsidR="00171B26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765" w:bottom="709" w:left="765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95515" w14:textId="77777777" w:rsidR="00AF0F73" w:rsidRDefault="00AF0F73">
      <w:pPr>
        <w:spacing w:after="0" w:line="240" w:lineRule="auto"/>
      </w:pPr>
      <w:r>
        <w:separator/>
      </w:r>
    </w:p>
  </w:endnote>
  <w:endnote w:type="continuationSeparator" w:id="0">
    <w:p w14:paraId="4271D778" w14:textId="77777777" w:rsidR="00AF0F73" w:rsidRDefault="00AF0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64958" w14:textId="77777777" w:rsidR="0061467C" w:rsidRDefault="006146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3236B" w14:textId="77777777" w:rsidR="00171B26" w:rsidRDefault="00000000">
    <w:pPr>
      <w:pStyle w:val="Fuzeile"/>
      <w:jc w:val="right"/>
    </w:pPr>
    <w:r>
      <w:rPr>
        <w:color w:val="505050"/>
        <w:sz w:val="16"/>
      </w:rPr>
      <w:fldChar w:fldCharType="begin"/>
    </w:r>
    <w:r>
      <w:rPr>
        <w:color w:val="505050"/>
        <w:sz w:val="16"/>
      </w:rPr>
      <w:instrText xml:space="preserve"> PAGE </w:instrText>
    </w:r>
    <w:r>
      <w:rPr>
        <w:color w:val="505050"/>
        <w:sz w:val="16"/>
      </w:rPr>
      <w:fldChar w:fldCharType="separate"/>
    </w:r>
    <w:r w:rsidR="005E5388">
      <w:rPr>
        <w:noProof/>
        <w:color w:val="505050"/>
        <w:sz w:val="16"/>
      </w:rPr>
      <w:t>1</w:t>
    </w:r>
    <w:r>
      <w:rPr>
        <w:color w:val="505050"/>
        <w:sz w:val="16"/>
      </w:rPr>
      <w:fldChar w:fldCharType="end"/>
    </w:r>
    <w:r>
      <w:rPr>
        <w:color w:val="505050"/>
        <w:sz w:val="16"/>
      </w:rPr>
      <w:t xml:space="preserve"> / </w:t>
    </w:r>
    <w:r>
      <w:rPr>
        <w:color w:val="505050"/>
        <w:sz w:val="16"/>
      </w:rPr>
      <w:fldChar w:fldCharType="begin"/>
    </w:r>
    <w:r>
      <w:rPr>
        <w:color w:val="505050"/>
        <w:sz w:val="16"/>
      </w:rPr>
      <w:instrText xml:space="preserve"> NUMPAGES </w:instrText>
    </w:r>
    <w:r>
      <w:rPr>
        <w:color w:val="505050"/>
        <w:sz w:val="16"/>
      </w:rPr>
      <w:fldChar w:fldCharType="separate"/>
    </w:r>
    <w:r w:rsidR="005E5388">
      <w:rPr>
        <w:noProof/>
        <w:color w:val="505050"/>
        <w:sz w:val="16"/>
      </w:rPr>
      <w:t>2</w:t>
    </w:r>
    <w:r>
      <w:rPr>
        <w:color w:val="505050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02068" w14:textId="77777777" w:rsidR="0061467C" w:rsidRDefault="006146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EB93B" w14:textId="77777777" w:rsidR="00AF0F73" w:rsidRDefault="00AF0F73">
      <w:pPr>
        <w:spacing w:after="0" w:line="240" w:lineRule="auto"/>
      </w:pPr>
      <w:r>
        <w:separator/>
      </w:r>
    </w:p>
  </w:footnote>
  <w:footnote w:type="continuationSeparator" w:id="0">
    <w:p w14:paraId="3D1F80DA" w14:textId="77777777" w:rsidR="00AF0F73" w:rsidRDefault="00AF0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679D3" w14:textId="77777777" w:rsidR="0061467C" w:rsidRDefault="006146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C5AF6" w14:textId="7B924A60" w:rsidR="00171B26" w:rsidRDefault="00171B26">
    <w:pPr>
      <w:pStyle w:val="Kopfzeile"/>
    </w:pP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5187"/>
      <w:gridCol w:w="5187"/>
    </w:tblGrid>
    <w:tr w:rsidR="00171B26" w14:paraId="4A0E94BA" w14:textId="77777777">
      <w:tc>
        <w:tcPr>
          <w:tcW w:w="5187" w:type="dxa"/>
          <w:tcBorders>
            <w:top w:val="nil"/>
            <w:left w:val="nil"/>
            <w:bottom w:val="nil"/>
            <w:right w:val="nil"/>
          </w:tcBorders>
        </w:tcPr>
        <w:p w14:paraId="1618FF10" w14:textId="77777777" w:rsidR="006E180E" w:rsidRDefault="006E180E" w:rsidP="006E180E">
          <w:pPr>
            <w:pStyle w:val="StandardWeb"/>
          </w:pPr>
          <w:r>
            <w:rPr>
              <w:noProof/>
            </w:rPr>
            <w:drawing>
              <wp:inline distT="0" distB="0" distL="0" distR="0" wp14:anchorId="57FDD889" wp14:editId="4068E3CD">
                <wp:extent cx="2381250" cy="1066800"/>
                <wp:effectExtent l="0" t="0" r="0" b="0"/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81250" cy="1066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F6A37E8" w14:textId="5E985C47" w:rsidR="00171B26" w:rsidRDefault="00171B26"/>
      </w:tc>
      <w:tc>
        <w:tcPr>
          <w:tcW w:w="5187" w:type="dxa"/>
          <w:tcBorders>
            <w:top w:val="nil"/>
            <w:left w:val="nil"/>
            <w:bottom w:val="nil"/>
            <w:right w:val="nil"/>
          </w:tcBorders>
        </w:tcPr>
        <w:p w14:paraId="68EF9406" w14:textId="77777777" w:rsidR="00171B26" w:rsidRPr="0061467C" w:rsidRDefault="00000000">
          <w:pPr>
            <w:jc w:val="right"/>
            <w:rPr>
              <w:color w:val="8A1A45"/>
            </w:rPr>
          </w:pPr>
          <w:r w:rsidRPr="0061467C">
            <w:rPr>
              <w:rFonts w:ascii="Aptos Display" w:hAnsi="Aptos Display"/>
              <w:color w:val="8A1A45"/>
              <w:sz w:val="40"/>
            </w:rPr>
            <w:t>Studio-</w:t>
          </w:r>
          <w:proofErr w:type="spellStart"/>
          <w:r w:rsidRPr="0061467C">
            <w:rPr>
              <w:rFonts w:ascii="Aptos Display" w:hAnsi="Aptos Display"/>
              <w:color w:val="8A1A45"/>
              <w:sz w:val="40"/>
            </w:rPr>
            <w:t>Mitgliedschaft</w:t>
          </w:r>
          <w:proofErr w:type="spellEnd"/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753ED" w14:textId="77777777" w:rsidR="0061467C" w:rsidRDefault="0061467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67479052">
    <w:abstractNumId w:val="8"/>
  </w:num>
  <w:num w:numId="2" w16cid:durableId="722874214">
    <w:abstractNumId w:val="6"/>
  </w:num>
  <w:num w:numId="3" w16cid:durableId="115680609">
    <w:abstractNumId w:val="5"/>
  </w:num>
  <w:num w:numId="4" w16cid:durableId="457070603">
    <w:abstractNumId w:val="4"/>
  </w:num>
  <w:num w:numId="5" w16cid:durableId="1034306544">
    <w:abstractNumId w:val="7"/>
  </w:num>
  <w:num w:numId="6" w16cid:durableId="1473712059">
    <w:abstractNumId w:val="3"/>
  </w:num>
  <w:num w:numId="7" w16cid:durableId="2086956606">
    <w:abstractNumId w:val="2"/>
  </w:num>
  <w:num w:numId="8" w16cid:durableId="1553495637">
    <w:abstractNumId w:val="1"/>
  </w:num>
  <w:num w:numId="9" w16cid:durableId="1767732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1BB0"/>
    <w:rsid w:val="0015074B"/>
    <w:rsid w:val="00171B26"/>
    <w:rsid w:val="0029639D"/>
    <w:rsid w:val="00326F90"/>
    <w:rsid w:val="00332A17"/>
    <w:rsid w:val="005E5388"/>
    <w:rsid w:val="0061467C"/>
    <w:rsid w:val="006E180E"/>
    <w:rsid w:val="00751AAD"/>
    <w:rsid w:val="00AA1D8D"/>
    <w:rsid w:val="00AF0F73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7A39308E"/>
  <w14:defaultImageDpi w14:val="300"/>
  <w15:docId w15:val="{93C7E382-CAC5-4E1B-ACD6-66853A614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80"/>
    </w:pPr>
    <w:rPr>
      <w:rFonts w:ascii="Aptos" w:hAnsi="Aptos"/>
      <w:sz w:val="18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tandardWeb">
    <w:name w:val="Normal (Web)"/>
    <w:basedOn w:val="Standard"/>
    <w:uiPriority w:val="99"/>
    <w:semiHidden/>
    <w:unhideWhenUsed/>
    <w:rsid w:val="006E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293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Studio-Mitgliedschaft</dc:title>
  <dc:subject>Pilatessuisse studio membership registration form</dc:subject>
  <dc:creator>Pilatessuisse</dc:creator>
  <cp:keywords/>
  <dc:description>generated by python-docx</dc:description>
  <cp:lastModifiedBy>Pilates Suisse</cp:lastModifiedBy>
  <cp:revision>5</cp:revision>
  <dcterms:created xsi:type="dcterms:W3CDTF">2026-08-21T16:34:00Z</dcterms:created>
  <dcterms:modified xsi:type="dcterms:W3CDTF">2026-08-21T16:51:00Z</dcterms:modified>
  <cp:category/>
</cp:coreProperties>
</file>