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F29B" w14:textId="77777777" w:rsidR="005E0BA5" w:rsidRDefault="00000000">
      <w:pPr>
        <w:spacing w:after="160"/>
      </w:pPr>
      <w:r>
        <w:rPr>
          <w:rFonts w:ascii="Aptos Display" w:hAnsi="Aptos Display"/>
          <w:b/>
          <w:color w:val="141414"/>
          <w:sz w:val="30"/>
        </w:rPr>
        <w:t>General Information Forms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9184"/>
      </w:tblGrid>
      <w:tr w:rsidR="005E0BA5" w14:paraId="180ECADF" w14:textId="77777777" w:rsidTr="00B15AB1">
        <w:trPr>
          <w:jc w:val="center"/>
        </w:trPr>
        <w:tc>
          <w:tcPr>
            <w:tcW w:w="6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A4DE400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No.</w:t>
            </w:r>
          </w:p>
        </w:tc>
        <w:tc>
          <w:tcPr>
            <w:tcW w:w="91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930969D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Documents / information</w:t>
            </w:r>
          </w:p>
        </w:tc>
      </w:tr>
      <w:tr w:rsidR="005E0BA5" w14:paraId="2E9EEFD7" w14:textId="77777777">
        <w:trPr>
          <w:jc w:val="center"/>
        </w:trPr>
        <w:tc>
          <w:tcPr>
            <w:tcW w:w="6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A898B95" w14:textId="77777777" w:rsidR="005E0BA5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91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9BC79F1" w14:textId="77777777" w:rsidR="005E0BA5" w:rsidRDefault="00000000">
            <w:pPr>
              <w:spacing w:after="0" w:line="240" w:lineRule="auto"/>
            </w:pPr>
            <w:r>
              <w:t>General information on the studio</w:t>
            </w:r>
          </w:p>
        </w:tc>
      </w:tr>
      <w:tr w:rsidR="005E0BA5" w14:paraId="061862E2" w14:textId="77777777">
        <w:trPr>
          <w:jc w:val="center"/>
        </w:trPr>
        <w:tc>
          <w:tcPr>
            <w:tcW w:w="6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263C40E" w14:textId="77777777" w:rsidR="005E0BA5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91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65025C" w14:textId="77777777" w:rsidR="005E0BA5" w:rsidRDefault="00000000">
            <w:pPr>
              <w:spacing w:after="0" w:line="240" w:lineRule="auto"/>
            </w:pPr>
            <w:r>
              <w:t>General information on the course offering</w:t>
            </w:r>
          </w:p>
        </w:tc>
      </w:tr>
    </w:tbl>
    <w:p w14:paraId="70963B4F" w14:textId="77777777" w:rsidR="005E0BA5" w:rsidRDefault="00000000">
      <w:pPr>
        <w:spacing w:before="160" w:after="40" w:line="252" w:lineRule="auto"/>
      </w:pPr>
      <w:r>
        <w:rPr>
          <w:b/>
          <w:color w:val="202020"/>
          <w:sz w:val="21"/>
        </w:rPr>
        <w:t>Declaration regarding the information provided</w:t>
      </w:r>
    </w:p>
    <w:p w14:paraId="4E6E4347" w14:textId="77777777" w:rsidR="005E0BA5" w:rsidRDefault="00000000">
      <w:pPr>
        <w:spacing w:after="160" w:line="252" w:lineRule="auto"/>
      </w:pPr>
      <w:r>
        <w:rPr>
          <w:color w:val="202020"/>
        </w:rPr>
        <w:t>The following information is used as a reliable basis for assessing your studio membership application and for administrative communication. Please complete all fields accurately and truthfully.</w:t>
      </w:r>
    </w:p>
    <w:p w14:paraId="7717E51D" w14:textId="77777777" w:rsidR="005E0BA5" w:rsidRDefault="00000000">
      <w:pPr>
        <w:spacing w:before="60" w:after="40" w:line="252" w:lineRule="auto"/>
      </w:pPr>
      <w:r>
        <w:rPr>
          <w:b/>
          <w:color w:val="202020"/>
          <w:sz w:val="22"/>
        </w:rPr>
        <w:t>01 / General information on the studio</w:t>
      </w:r>
    </w:p>
    <w:p w14:paraId="6ABD8012" w14:textId="77777777" w:rsidR="005E0BA5" w:rsidRDefault="00000000">
      <w:pPr>
        <w:spacing w:after="140" w:line="252" w:lineRule="auto"/>
      </w:pPr>
      <w:r>
        <w:rPr>
          <w:color w:val="202020"/>
        </w:rPr>
        <w:t>In addition to the studio name and address, please provide the legal and organisational information requested below.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76E39F1C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2E71A2B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Studio information</w:t>
            </w:r>
          </w:p>
        </w:tc>
      </w:tr>
    </w:tbl>
    <w:p w14:paraId="155BFDEC" w14:textId="77777777" w:rsidR="005E0BA5" w:rsidRDefault="005E0BA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5102"/>
      </w:tblGrid>
      <w:tr w:rsidR="005E0BA5" w14:paraId="0D38BA07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528FDD0" w14:textId="77777777" w:rsidR="005E0BA5" w:rsidRDefault="00000000">
            <w:pPr>
              <w:spacing w:after="0" w:line="240" w:lineRule="auto"/>
            </w:pPr>
            <w:r>
              <w:t>Studio name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09DB516" w14:textId="77777777" w:rsidR="005E0BA5" w:rsidRDefault="005E0BA5">
            <w:pPr>
              <w:spacing w:after="0" w:line="240" w:lineRule="auto"/>
            </w:pPr>
          </w:p>
        </w:tc>
      </w:tr>
      <w:tr w:rsidR="005E0BA5" w14:paraId="15EBCC82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4455863" w14:textId="77777777" w:rsidR="005E0BA5" w:rsidRDefault="00000000">
            <w:pPr>
              <w:spacing w:after="0" w:line="240" w:lineRule="auto"/>
            </w:pPr>
            <w:r>
              <w:t>Street / number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5CB080" w14:textId="77777777" w:rsidR="005E0BA5" w:rsidRDefault="005E0BA5">
            <w:pPr>
              <w:spacing w:after="0" w:line="240" w:lineRule="auto"/>
            </w:pPr>
          </w:p>
        </w:tc>
      </w:tr>
      <w:tr w:rsidR="005E0BA5" w14:paraId="581EC6AE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2115EF0" w14:textId="77777777" w:rsidR="005E0BA5" w:rsidRDefault="00000000">
            <w:pPr>
              <w:spacing w:after="0" w:line="240" w:lineRule="auto"/>
            </w:pPr>
            <w:r>
              <w:t>Postal code, city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F73CA25" w14:textId="77777777" w:rsidR="005E0BA5" w:rsidRDefault="005E0BA5">
            <w:pPr>
              <w:spacing w:after="0" w:line="240" w:lineRule="auto"/>
            </w:pPr>
          </w:p>
        </w:tc>
      </w:tr>
      <w:tr w:rsidR="005E0BA5" w14:paraId="206CDE63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FB8E7DD" w14:textId="77777777" w:rsidR="005E0BA5" w:rsidRDefault="00000000">
            <w:pPr>
              <w:spacing w:after="0" w:line="240" w:lineRule="auto"/>
            </w:pPr>
            <w:r>
              <w:t>Country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3A3DD47" w14:textId="77777777" w:rsidR="005E0BA5" w:rsidRDefault="00000000">
            <w:pPr>
              <w:spacing w:after="0" w:line="240" w:lineRule="auto"/>
            </w:pPr>
            <w:r>
              <w:t>Switzerland</w:t>
            </w:r>
          </w:p>
        </w:tc>
      </w:tr>
      <w:tr w:rsidR="005E0BA5" w14:paraId="5880FD0A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9C3D88" w14:textId="77777777" w:rsidR="005E0BA5" w:rsidRDefault="00000000">
            <w:pPr>
              <w:spacing w:after="0" w:line="240" w:lineRule="auto"/>
            </w:pPr>
            <w:r>
              <w:t>Website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F13B6A" w14:textId="77777777" w:rsidR="005E0BA5" w:rsidRDefault="005E0BA5">
            <w:pPr>
              <w:spacing w:after="0" w:line="240" w:lineRule="auto"/>
            </w:pPr>
          </w:p>
        </w:tc>
      </w:tr>
      <w:tr w:rsidR="005E0BA5" w14:paraId="6AB1FF07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77856ED" w14:textId="77777777" w:rsidR="005E0BA5" w:rsidRDefault="00000000">
            <w:pPr>
              <w:spacing w:after="0" w:line="240" w:lineRule="auto"/>
            </w:pPr>
            <w:r>
              <w:t>Legal form of the organisation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EABAA54" w14:textId="77777777" w:rsidR="005E0BA5" w:rsidRDefault="005E0BA5">
            <w:pPr>
              <w:spacing w:after="0" w:line="240" w:lineRule="auto"/>
            </w:pPr>
          </w:p>
        </w:tc>
      </w:tr>
      <w:tr w:rsidR="005E0BA5" w14:paraId="14CDB47C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9919752" w14:textId="77777777" w:rsidR="005E0BA5" w:rsidRDefault="00000000">
            <w:pPr>
              <w:spacing w:after="0" w:line="240" w:lineRule="auto"/>
            </w:pPr>
            <w:r>
              <w:t>Commercial register number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66EE37" w14:textId="77777777" w:rsidR="005E0BA5" w:rsidRDefault="00000000">
            <w:pPr>
              <w:spacing w:after="0" w:line="240" w:lineRule="auto"/>
            </w:pPr>
            <w:r>
              <w:rPr>
                <w:i/>
                <w:color w:val="787878"/>
              </w:rPr>
              <w:t>(if available)</w:t>
            </w:r>
          </w:p>
        </w:tc>
      </w:tr>
      <w:tr w:rsidR="005E0BA5" w14:paraId="252B2339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91C04E" w14:textId="77777777" w:rsidR="005E0BA5" w:rsidRDefault="00000000">
            <w:pPr>
              <w:spacing w:after="0" w:line="240" w:lineRule="auto"/>
            </w:pPr>
            <w:r>
              <w:t>Business identification number (UID)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8B4036" w14:textId="77777777" w:rsidR="005E0BA5" w:rsidRDefault="00000000">
            <w:pPr>
              <w:spacing w:after="0" w:line="240" w:lineRule="auto"/>
            </w:pPr>
            <w:r>
              <w:rPr>
                <w:i/>
                <w:color w:val="787878"/>
              </w:rPr>
              <w:t>(if applicable)</w:t>
            </w:r>
          </w:p>
        </w:tc>
      </w:tr>
    </w:tbl>
    <w:p w14:paraId="02F2FFC0" w14:textId="77777777" w:rsidR="005E0BA5" w:rsidRDefault="005E0BA5">
      <w:pPr>
        <w:spacing w:after="2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1B74145D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F4A2B83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Membership and certification status</w:t>
            </w:r>
          </w:p>
        </w:tc>
      </w:tr>
    </w:tbl>
    <w:p w14:paraId="4F3E011C" w14:textId="77777777" w:rsidR="005E0BA5" w:rsidRDefault="005E0BA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39"/>
        <w:gridCol w:w="2324"/>
        <w:gridCol w:w="3345"/>
      </w:tblGrid>
      <w:tr w:rsidR="005E0BA5" w14:paraId="7A8C4FB3" w14:textId="77777777">
        <w:trPr>
          <w:jc w:val="center"/>
        </w:trPr>
        <w:tc>
          <w:tcPr>
            <w:tcW w:w="413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8BD7A66" w14:textId="77777777" w:rsidR="005E0BA5" w:rsidRDefault="00000000">
            <w:pPr>
              <w:spacing w:after="0" w:line="240" w:lineRule="auto"/>
            </w:pPr>
            <w:r>
              <w:t>Are you already a Pilatessuisse member?</w:t>
            </w:r>
          </w:p>
        </w:tc>
        <w:tc>
          <w:tcPr>
            <w:tcW w:w="23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80D4BC2" w14:textId="77777777" w:rsidR="005E0BA5" w:rsidRDefault="00000000">
            <w:pPr>
              <w:spacing w:after="0" w:line="240" w:lineRule="auto"/>
            </w:pPr>
            <w:r>
              <w:t>☐ Yes    ☐ No</w:t>
            </w:r>
          </w:p>
        </w:tc>
        <w:tc>
          <w:tcPr>
            <w:tcW w:w="3345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202DDC" w14:textId="77777777" w:rsidR="005E0BA5" w:rsidRDefault="00000000">
            <w:pPr>
              <w:spacing w:after="0" w:line="240" w:lineRule="auto"/>
            </w:pPr>
            <w:r>
              <w:t>If yes, since (MM/YYYY):</w:t>
            </w:r>
          </w:p>
        </w:tc>
      </w:tr>
      <w:tr w:rsidR="005E0BA5" w14:paraId="45DFB793" w14:textId="77777777">
        <w:trPr>
          <w:jc w:val="center"/>
        </w:trPr>
        <w:tc>
          <w:tcPr>
            <w:tcW w:w="413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DA6CC0" w14:textId="77777777" w:rsidR="005E0BA5" w:rsidRDefault="00000000">
            <w:pPr>
              <w:spacing w:after="0" w:line="240" w:lineRule="auto"/>
            </w:pPr>
            <w:r>
              <w:t>Are you already QualiCert certified?</w:t>
            </w:r>
          </w:p>
        </w:tc>
        <w:tc>
          <w:tcPr>
            <w:tcW w:w="23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8B0327" w14:textId="77777777" w:rsidR="005E0BA5" w:rsidRDefault="00000000">
            <w:pPr>
              <w:spacing w:after="0" w:line="240" w:lineRule="auto"/>
            </w:pPr>
            <w:r>
              <w:t>☐ Yes    ☐ No</w:t>
            </w:r>
          </w:p>
        </w:tc>
        <w:tc>
          <w:tcPr>
            <w:tcW w:w="3345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904BD51" w14:textId="77777777" w:rsidR="005E0BA5" w:rsidRDefault="00000000">
            <w:pPr>
              <w:spacing w:after="0" w:line="240" w:lineRule="auto"/>
            </w:pPr>
            <w:r>
              <w:t>If yes, since (MM/YYYY):</w:t>
            </w:r>
          </w:p>
        </w:tc>
      </w:tr>
    </w:tbl>
    <w:p w14:paraId="329252A7" w14:textId="77777777" w:rsidR="005E0BA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7DE5CD8C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27998C0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lastRenderedPageBreak/>
              <w:t>Contact details</w:t>
            </w:r>
          </w:p>
        </w:tc>
      </w:tr>
    </w:tbl>
    <w:p w14:paraId="740B5EDB" w14:textId="77777777" w:rsidR="005E0BA5" w:rsidRDefault="005E0BA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5726"/>
      </w:tblGrid>
      <w:tr w:rsidR="005E0BA5" w14:paraId="50E9367A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42E015" w14:textId="77777777" w:rsidR="005E0BA5" w:rsidRDefault="00000000">
            <w:pPr>
              <w:spacing w:after="0" w:line="240" w:lineRule="auto"/>
            </w:pPr>
            <w:r>
              <w:t>First name of contact person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79B6E74" w14:textId="77777777" w:rsidR="005E0BA5" w:rsidRDefault="005E0BA5">
            <w:pPr>
              <w:spacing w:after="0" w:line="240" w:lineRule="auto"/>
            </w:pPr>
          </w:p>
        </w:tc>
      </w:tr>
      <w:tr w:rsidR="005E0BA5" w14:paraId="558B19AB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DBB419" w14:textId="77777777" w:rsidR="005E0BA5" w:rsidRDefault="00000000">
            <w:pPr>
              <w:spacing w:after="0" w:line="240" w:lineRule="auto"/>
            </w:pPr>
            <w:r>
              <w:t>Last name of contact person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098EB64" w14:textId="77777777" w:rsidR="005E0BA5" w:rsidRDefault="005E0BA5">
            <w:pPr>
              <w:spacing w:after="0" w:line="240" w:lineRule="auto"/>
            </w:pPr>
          </w:p>
        </w:tc>
      </w:tr>
      <w:tr w:rsidR="005E0BA5" w14:paraId="5F78E306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46493C1" w14:textId="77777777" w:rsidR="005E0BA5" w:rsidRDefault="00000000">
            <w:pPr>
              <w:spacing w:after="0" w:line="240" w:lineRule="auto"/>
            </w:pPr>
            <w:r>
              <w:t>Telephone number 1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1853CC3" w14:textId="77777777" w:rsidR="005E0BA5" w:rsidRDefault="005E0BA5">
            <w:pPr>
              <w:spacing w:after="0" w:line="240" w:lineRule="auto"/>
            </w:pPr>
          </w:p>
        </w:tc>
      </w:tr>
      <w:tr w:rsidR="005E0BA5" w14:paraId="1235B0C3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BAA4362" w14:textId="77777777" w:rsidR="005E0BA5" w:rsidRDefault="00000000">
            <w:pPr>
              <w:spacing w:after="0" w:line="240" w:lineRule="auto"/>
            </w:pPr>
            <w:r>
              <w:t>Telephone number 2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DE7D727" w14:textId="77777777" w:rsidR="005E0BA5" w:rsidRDefault="005E0BA5">
            <w:pPr>
              <w:spacing w:after="0" w:line="240" w:lineRule="auto"/>
            </w:pPr>
          </w:p>
        </w:tc>
      </w:tr>
      <w:tr w:rsidR="005E0BA5" w14:paraId="6EA7B032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0CAE828" w14:textId="77777777" w:rsidR="005E0BA5" w:rsidRDefault="00000000">
            <w:pPr>
              <w:spacing w:after="0" w:line="240" w:lineRule="auto"/>
            </w:pPr>
            <w:r>
              <w:t>E-mail address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390CA9" w14:textId="77777777" w:rsidR="005E0BA5" w:rsidRDefault="005E0BA5">
            <w:pPr>
              <w:spacing w:after="0" w:line="240" w:lineRule="auto"/>
            </w:pPr>
          </w:p>
        </w:tc>
      </w:tr>
      <w:tr w:rsidR="005E0BA5" w14:paraId="7069FCF8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1F514C" w14:textId="77777777" w:rsidR="005E0BA5" w:rsidRDefault="00000000">
            <w:pPr>
              <w:spacing w:after="0" w:line="240" w:lineRule="auto"/>
            </w:pPr>
            <w:r>
              <w:t>Date of birth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67E9012" w14:textId="77777777" w:rsidR="005E0BA5" w:rsidRDefault="005E0BA5">
            <w:pPr>
              <w:spacing w:after="0" w:line="240" w:lineRule="auto"/>
            </w:pPr>
          </w:p>
        </w:tc>
      </w:tr>
    </w:tbl>
    <w:p w14:paraId="2D1AAECE" w14:textId="77777777" w:rsidR="005E0BA5" w:rsidRDefault="005E0BA5">
      <w:pPr>
        <w:spacing w:after="2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63994D59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3B0E049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Billing address</w:t>
            </w:r>
          </w:p>
        </w:tc>
      </w:tr>
    </w:tbl>
    <w:p w14:paraId="0B3940DA" w14:textId="77777777" w:rsidR="005E0BA5" w:rsidRDefault="005E0BA5">
      <w:pPr>
        <w:spacing w:after="0"/>
      </w:pPr>
    </w:p>
    <w:p w14:paraId="2E79A5CA" w14:textId="77777777" w:rsidR="005E0BA5" w:rsidRDefault="00000000">
      <w:pPr>
        <w:spacing w:after="60" w:line="252" w:lineRule="auto"/>
      </w:pPr>
      <w:r>
        <w:rPr>
          <w:color w:val="202020"/>
          <w:sz w:val="17"/>
        </w:rPr>
        <w:t>Complete only if the billing address is different from the studio address.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917"/>
      </w:tblGrid>
      <w:tr w:rsidR="005E0BA5" w14:paraId="53997839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DA11E0" w14:textId="77777777" w:rsidR="005E0BA5" w:rsidRDefault="00000000">
            <w:pPr>
              <w:spacing w:after="0" w:line="240" w:lineRule="auto"/>
            </w:pPr>
            <w:r>
              <w:t>Name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7EC6989" w14:textId="77777777" w:rsidR="005E0BA5" w:rsidRDefault="005E0BA5">
            <w:pPr>
              <w:spacing w:after="0" w:line="240" w:lineRule="auto"/>
            </w:pPr>
          </w:p>
        </w:tc>
      </w:tr>
      <w:tr w:rsidR="005E0BA5" w14:paraId="32AE95B8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1A5F92D" w14:textId="77777777" w:rsidR="005E0BA5" w:rsidRDefault="00000000">
            <w:pPr>
              <w:spacing w:after="0" w:line="240" w:lineRule="auto"/>
            </w:pPr>
            <w:r>
              <w:t>Street / number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754FE5B" w14:textId="77777777" w:rsidR="005E0BA5" w:rsidRDefault="005E0BA5">
            <w:pPr>
              <w:spacing w:after="0" w:line="240" w:lineRule="auto"/>
            </w:pPr>
          </w:p>
        </w:tc>
      </w:tr>
      <w:tr w:rsidR="005E0BA5" w14:paraId="02ABCFFA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B27135" w14:textId="77777777" w:rsidR="005E0BA5" w:rsidRDefault="00000000">
            <w:pPr>
              <w:spacing w:after="0" w:line="240" w:lineRule="auto"/>
            </w:pPr>
            <w:r>
              <w:t>Postal code, city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ADF564" w14:textId="77777777" w:rsidR="005E0BA5" w:rsidRDefault="005E0BA5">
            <w:pPr>
              <w:spacing w:after="0" w:line="240" w:lineRule="auto"/>
            </w:pPr>
          </w:p>
        </w:tc>
      </w:tr>
      <w:tr w:rsidR="005E0BA5" w14:paraId="43750AFA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566AB6" w14:textId="77777777" w:rsidR="005E0BA5" w:rsidRDefault="00000000">
            <w:pPr>
              <w:spacing w:after="0" w:line="240" w:lineRule="auto"/>
            </w:pPr>
            <w:r>
              <w:t>Country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2488722" w14:textId="77777777" w:rsidR="005E0BA5" w:rsidRDefault="005E0BA5">
            <w:pPr>
              <w:spacing w:after="0" w:line="240" w:lineRule="auto"/>
            </w:pPr>
          </w:p>
        </w:tc>
      </w:tr>
    </w:tbl>
    <w:p w14:paraId="7C32FAAC" w14:textId="77777777" w:rsidR="005E0BA5" w:rsidRDefault="00000000">
      <w:pPr>
        <w:spacing w:before="200" w:after="40" w:line="252" w:lineRule="auto"/>
      </w:pPr>
      <w:r>
        <w:rPr>
          <w:b/>
          <w:color w:val="202020"/>
          <w:sz w:val="22"/>
        </w:rPr>
        <w:t>02 / General information on the course offering</w:t>
      </w:r>
    </w:p>
    <w:p w14:paraId="4AC7A13A" w14:textId="77777777" w:rsidR="005E0BA5" w:rsidRDefault="00000000">
      <w:pPr>
        <w:spacing w:after="100" w:line="252" w:lineRule="auto"/>
      </w:pPr>
      <w:r>
        <w:rPr>
          <w:color w:val="202020"/>
        </w:rPr>
        <w:t>Please list all Pilates instructors working at the studio. Each instructor should hold the appropriate qualifications for the classes they teach.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5EF36677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7811AF0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Pilates instructors</w:t>
            </w:r>
          </w:p>
        </w:tc>
      </w:tr>
    </w:tbl>
    <w:p w14:paraId="3AAED80B" w14:textId="77777777" w:rsidR="005E0BA5" w:rsidRDefault="005E0BA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474"/>
        <w:gridCol w:w="1474"/>
        <w:gridCol w:w="1984"/>
        <w:gridCol w:w="2494"/>
        <w:gridCol w:w="1928"/>
      </w:tblGrid>
      <w:tr w:rsidR="005E0BA5" w14:paraId="0FA96A34" w14:textId="77777777" w:rsidTr="00B15AB1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0A2FEA7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No.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1032A5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Last name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073C5F2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First name</w:t>
            </w: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47DC53C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Street</w:t>
            </w: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044CFC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Postal code, city</w:t>
            </w: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80A569D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Date of birth</w:t>
            </w:r>
          </w:p>
        </w:tc>
      </w:tr>
      <w:tr w:rsidR="005E0BA5" w14:paraId="3B6377C8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5C03F6" w14:textId="77777777" w:rsidR="005E0BA5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210E19C" w14:textId="77777777" w:rsidR="005E0BA5" w:rsidRDefault="005E0BA5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CAC1795" w14:textId="77777777" w:rsidR="005E0BA5" w:rsidRDefault="005E0BA5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11176FC" w14:textId="77777777" w:rsidR="005E0BA5" w:rsidRDefault="005E0BA5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60E82CE" w14:textId="77777777" w:rsidR="005E0BA5" w:rsidRDefault="005E0BA5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5BCE9D6" w14:textId="77777777" w:rsidR="005E0BA5" w:rsidRDefault="005E0BA5">
            <w:pPr>
              <w:spacing w:after="0" w:line="240" w:lineRule="auto"/>
            </w:pPr>
          </w:p>
        </w:tc>
      </w:tr>
      <w:tr w:rsidR="005E0BA5" w14:paraId="1A38FDB1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F7009B" w14:textId="77777777" w:rsidR="005E0BA5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BDF290E" w14:textId="77777777" w:rsidR="005E0BA5" w:rsidRDefault="005E0BA5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B36C38C" w14:textId="77777777" w:rsidR="005E0BA5" w:rsidRDefault="005E0BA5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F893F2" w14:textId="77777777" w:rsidR="005E0BA5" w:rsidRDefault="005E0BA5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1508CB2" w14:textId="77777777" w:rsidR="005E0BA5" w:rsidRDefault="005E0BA5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A326427" w14:textId="77777777" w:rsidR="005E0BA5" w:rsidRDefault="005E0BA5">
            <w:pPr>
              <w:spacing w:after="0" w:line="240" w:lineRule="auto"/>
            </w:pPr>
          </w:p>
        </w:tc>
      </w:tr>
      <w:tr w:rsidR="005E0BA5" w14:paraId="60AC4F1B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7693AC2" w14:textId="77777777" w:rsidR="005E0BA5" w:rsidRDefault="00000000">
            <w:pPr>
              <w:spacing w:after="0" w:line="240" w:lineRule="auto"/>
            </w:pPr>
            <w:r>
              <w:t>3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AFFD495" w14:textId="77777777" w:rsidR="005E0BA5" w:rsidRDefault="005E0BA5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8B2323" w14:textId="77777777" w:rsidR="005E0BA5" w:rsidRDefault="005E0BA5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CFA260" w14:textId="77777777" w:rsidR="005E0BA5" w:rsidRDefault="005E0BA5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794FA3E" w14:textId="77777777" w:rsidR="005E0BA5" w:rsidRDefault="005E0BA5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50ED4B" w14:textId="77777777" w:rsidR="005E0BA5" w:rsidRDefault="005E0BA5">
            <w:pPr>
              <w:spacing w:after="0" w:line="240" w:lineRule="auto"/>
            </w:pPr>
          </w:p>
        </w:tc>
      </w:tr>
      <w:tr w:rsidR="005E0BA5" w14:paraId="4755D8A6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D63981F" w14:textId="77777777" w:rsidR="005E0BA5" w:rsidRDefault="00000000">
            <w:pPr>
              <w:spacing w:after="0" w:line="240" w:lineRule="auto"/>
            </w:pPr>
            <w:r>
              <w:t>4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0CFCAE3" w14:textId="77777777" w:rsidR="005E0BA5" w:rsidRDefault="005E0BA5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EA70FFA" w14:textId="77777777" w:rsidR="005E0BA5" w:rsidRDefault="005E0BA5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A1CB56D" w14:textId="77777777" w:rsidR="005E0BA5" w:rsidRDefault="005E0BA5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A68E01B" w14:textId="77777777" w:rsidR="005E0BA5" w:rsidRDefault="005E0BA5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6A268E" w14:textId="77777777" w:rsidR="005E0BA5" w:rsidRDefault="005E0BA5">
            <w:pPr>
              <w:spacing w:after="0" w:line="240" w:lineRule="auto"/>
            </w:pPr>
          </w:p>
        </w:tc>
      </w:tr>
      <w:tr w:rsidR="005E0BA5" w14:paraId="41C7DB8A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652196" w14:textId="77777777" w:rsidR="005E0BA5" w:rsidRDefault="00000000">
            <w:pPr>
              <w:spacing w:after="0" w:line="240" w:lineRule="auto"/>
            </w:pPr>
            <w:r>
              <w:t>5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C643B2" w14:textId="77777777" w:rsidR="005E0BA5" w:rsidRDefault="005E0BA5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1FD316" w14:textId="77777777" w:rsidR="005E0BA5" w:rsidRDefault="005E0BA5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DF1E182" w14:textId="77777777" w:rsidR="005E0BA5" w:rsidRDefault="005E0BA5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65355B" w14:textId="77777777" w:rsidR="005E0BA5" w:rsidRDefault="005E0BA5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CBCCB17" w14:textId="77777777" w:rsidR="005E0BA5" w:rsidRDefault="005E0BA5">
            <w:pPr>
              <w:spacing w:after="0" w:line="240" w:lineRule="auto"/>
            </w:pPr>
          </w:p>
        </w:tc>
      </w:tr>
    </w:tbl>
    <w:p w14:paraId="2B3E2117" w14:textId="77777777" w:rsidR="005E0BA5" w:rsidRDefault="00000000">
      <w:r>
        <w:br w:type="page"/>
      </w:r>
    </w:p>
    <w:p w14:paraId="09882EAC" w14:textId="77777777" w:rsidR="005E0BA5" w:rsidRDefault="00000000">
      <w:pPr>
        <w:spacing w:after="120" w:line="252" w:lineRule="auto"/>
      </w:pPr>
      <w:r>
        <w:rPr>
          <w:color w:val="202020"/>
        </w:rPr>
        <w:lastRenderedPageBreak/>
        <w:t>List the Pilates classes currently offered. In the “Instructor No.” column, enter the number of the instructor who teaches the class. An instructor may teach more than one class.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08CF81D7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873429E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Course offering</w:t>
            </w:r>
          </w:p>
        </w:tc>
      </w:tr>
    </w:tbl>
    <w:p w14:paraId="1BB4D1CD" w14:textId="77777777" w:rsidR="005E0BA5" w:rsidRDefault="005E0BA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5443"/>
        <w:gridCol w:w="1417"/>
      </w:tblGrid>
      <w:tr w:rsidR="005E0BA5" w14:paraId="000794BC" w14:textId="77777777" w:rsidTr="00B15AB1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15DE6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Area</w:t>
            </w: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BEB6B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Course title</w:t>
            </w: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31775" w14:textId="77777777" w:rsidR="005E0BA5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Instructor No.</w:t>
            </w:r>
          </w:p>
        </w:tc>
      </w:tr>
      <w:tr w:rsidR="005E0BA5" w14:paraId="0873ED6D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1B0BD" w14:textId="77777777" w:rsidR="005E0BA5" w:rsidRDefault="00000000">
            <w:pPr>
              <w:spacing w:after="0" w:line="240" w:lineRule="auto"/>
            </w:pPr>
            <w:r>
              <w:t>Pilates</w:t>
            </w: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6153A" w14:textId="77777777" w:rsidR="005E0BA5" w:rsidRDefault="005E0BA5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9216C" w14:textId="77777777" w:rsidR="005E0BA5" w:rsidRDefault="005E0BA5">
            <w:pPr>
              <w:spacing w:after="0" w:line="240" w:lineRule="auto"/>
            </w:pPr>
          </w:p>
        </w:tc>
      </w:tr>
      <w:tr w:rsidR="005E0BA5" w14:paraId="44AA20CF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8231F" w14:textId="77777777" w:rsidR="005E0BA5" w:rsidRDefault="00000000">
            <w:pPr>
              <w:spacing w:after="0" w:line="240" w:lineRule="auto"/>
            </w:pPr>
            <w:r>
              <w:t>Pilates</w:t>
            </w: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842C3" w14:textId="77777777" w:rsidR="005E0BA5" w:rsidRDefault="005E0BA5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61F43" w14:textId="77777777" w:rsidR="005E0BA5" w:rsidRDefault="005E0BA5">
            <w:pPr>
              <w:spacing w:after="0" w:line="240" w:lineRule="auto"/>
            </w:pPr>
          </w:p>
        </w:tc>
      </w:tr>
      <w:tr w:rsidR="005E0BA5" w14:paraId="3E5A4AE3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98C60" w14:textId="77777777" w:rsidR="005E0BA5" w:rsidRDefault="005E0BA5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B1D48" w14:textId="77777777" w:rsidR="005E0BA5" w:rsidRDefault="005E0BA5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F4E43" w14:textId="77777777" w:rsidR="005E0BA5" w:rsidRDefault="005E0BA5">
            <w:pPr>
              <w:spacing w:after="0" w:line="240" w:lineRule="auto"/>
            </w:pPr>
          </w:p>
        </w:tc>
      </w:tr>
      <w:tr w:rsidR="005E0BA5" w14:paraId="4EDA8BF2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7CBB2" w14:textId="77777777" w:rsidR="005E0BA5" w:rsidRDefault="005E0BA5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E2E5A" w14:textId="77777777" w:rsidR="005E0BA5" w:rsidRDefault="005E0BA5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4FF7F" w14:textId="77777777" w:rsidR="005E0BA5" w:rsidRDefault="005E0BA5">
            <w:pPr>
              <w:spacing w:after="0" w:line="240" w:lineRule="auto"/>
            </w:pPr>
          </w:p>
        </w:tc>
      </w:tr>
      <w:tr w:rsidR="005E0BA5" w14:paraId="60E9B21D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79077" w14:textId="77777777" w:rsidR="005E0BA5" w:rsidRDefault="005E0BA5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DFEFF" w14:textId="77777777" w:rsidR="005E0BA5" w:rsidRDefault="005E0BA5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C4758" w14:textId="77777777" w:rsidR="005E0BA5" w:rsidRDefault="005E0BA5">
            <w:pPr>
              <w:spacing w:after="0" w:line="240" w:lineRule="auto"/>
            </w:pPr>
          </w:p>
        </w:tc>
      </w:tr>
      <w:tr w:rsidR="005E0BA5" w14:paraId="4054DF4F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2F6C1" w14:textId="77777777" w:rsidR="005E0BA5" w:rsidRDefault="005E0BA5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0F306" w14:textId="77777777" w:rsidR="005E0BA5" w:rsidRDefault="005E0BA5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0DC4" w14:textId="77777777" w:rsidR="005E0BA5" w:rsidRDefault="005E0BA5">
            <w:pPr>
              <w:spacing w:after="0" w:line="240" w:lineRule="auto"/>
            </w:pPr>
          </w:p>
        </w:tc>
      </w:tr>
    </w:tbl>
    <w:p w14:paraId="1307C201" w14:textId="77777777" w:rsidR="005E0BA5" w:rsidRDefault="005E0BA5">
      <w:pPr>
        <w:spacing w:after="4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5E0BA5" w14:paraId="3F793B20" w14:textId="77777777" w:rsidTr="00B15AB1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BAA4DD9" w14:textId="77777777" w:rsidR="005E0BA5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Comments</w:t>
            </w:r>
          </w:p>
        </w:tc>
      </w:tr>
    </w:tbl>
    <w:p w14:paraId="28DE046E" w14:textId="77777777" w:rsidR="005E0BA5" w:rsidRDefault="005E0BA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08"/>
      </w:tblGrid>
      <w:tr w:rsidR="005E0BA5" w14:paraId="4A3AF4B5" w14:textId="77777777">
        <w:trPr>
          <w:jc w:val="center"/>
        </w:trPr>
        <w:tc>
          <w:tcPr>
            <w:tcW w:w="980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CC693" w14:textId="77777777" w:rsidR="005E0BA5" w:rsidRDefault="00000000">
            <w:pPr>
              <w:spacing w:after="0" w:line="240" w:lineRule="auto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52CA8E88" w14:textId="77777777" w:rsidR="005E0BA5" w:rsidRDefault="00000000">
      <w:pPr>
        <w:spacing w:before="200" w:after="160"/>
      </w:pPr>
      <w:r>
        <w:rPr>
          <w:sz w:val="19"/>
        </w:rPr>
        <w:t>☐  I have checked the information above and confirm that it is complete and correct.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5E0BA5" w14:paraId="2C9E16D0" w14:textId="77777777"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3FCADBE3" w14:textId="77777777" w:rsidR="005E0BA5" w:rsidRDefault="00000000">
            <w:r>
              <w:t>Date:  ____________________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64625D31" w14:textId="77777777" w:rsidR="005E0BA5" w:rsidRDefault="00000000">
            <w:r>
              <w:t>Name / signature:  ______________________________</w:t>
            </w:r>
          </w:p>
        </w:tc>
      </w:tr>
    </w:tbl>
    <w:p w14:paraId="47DE06A0" w14:textId="77777777" w:rsidR="005E0BA5" w:rsidRDefault="00000000">
      <w:pPr>
        <w:spacing w:before="240" w:after="0" w:line="252" w:lineRule="auto"/>
      </w:pPr>
      <w:r>
        <w:rPr>
          <w:b/>
          <w:color w:val="202020"/>
          <w:sz w:val="21"/>
        </w:rPr>
        <w:t>Please return the completed form as a PDF by e-mail to info@pilatessuisse.ch.</w:t>
      </w:r>
    </w:p>
    <w:sectPr w:rsidR="005E0BA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65" w:bottom="709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ED16" w14:textId="77777777" w:rsidR="00097483" w:rsidRDefault="00097483">
      <w:pPr>
        <w:spacing w:after="0" w:line="240" w:lineRule="auto"/>
      </w:pPr>
      <w:r>
        <w:separator/>
      </w:r>
    </w:p>
  </w:endnote>
  <w:endnote w:type="continuationSeparator" w:id="0">
    <w:p w14:paraId="19BADB5E" w14:textId="77777777" w:rsidR="00097483" w:rsidRDefault="0009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B0A0" w14:textId="77777777" w:rsidR="00B15AB1" w:rsidRDefault="00B15A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0084" w14:textId="77777777" w:rsidR="005E0BA5" w:rsidRDefault="00000000">
    <w:pPr>
      <w:pStyle w:val="Fuzeile"/>
      <w:jc w:val="right"/>
    </w:pPr>
    <w:r>
      <w:rPr>
        <w:color w:val="505050"/>
        <w:sz w:val="16"/>
      </w:rPr>
      <w:fldChar w:fldCharType="begin"/>
    </w:r>
    <w:r>
      <w:rPr>
        <w:color w:val="505050"/>
        <w:sz w:val="16"/>
      </w:rPr>
      <w:instrText xml:space="preserve"> PAGE </w:instrText>
    </w:r>
    <w:r>
      <w:rPr>
        <w:color w:val="505050"/>
        <w:sz w:val="16"/>
      </w:rPr>
      <w:fldChar w:fldCharType="separate"/>
    </w:r>
    <w:r w:rsidR="00B15AB1">
      <w:rPr>
        <w:noProof/>
        <w:color w:val="505050"/>
        <w:sz w:val="16"/>
      </w:rPr>
      <w:t>1</w:t>
    </w:r>
    <w:r>
      <w:rPr>
        <w:color w:val="505050"/>
        <w:sz w:val="16"/>
      </w:rPr>
      <w:fldChar w:fldCharType="end"/>
    </w:r>
    <w:r>
      <w:rPr>
        <w:color w:val="505050"/>
        <w:sz w:val="16"/>
      </w:rPr>
      <w:t xml:space="preserve"> / </w:t>
    </w:r>
    <w:r>
      <w:rPr>
        <w:color w:val="505050"/>
        <w:sz w:val="16"/>
      </w:rPr>
      <w:fldChar w:fldCharType="begin"/>
    </w:r>
    <w:r>
      <w:rPr>
        <w:color w:val="505050"/>
        <w:sz w:val="16"/>
      </w:rPr>
      <w:instrText xml:space="preserve"> NUMPAGES </w:instrText>
    </w:r>
    <w:r>
      <w:rPr>
        <w:color w:val="505050"/>
        <w:sz w:val="16"/>
      </w:rPr>
      <w:fldChar w:fldCharType="separate"/>
    </w:r>
    <w:r w:rsidR="00B15AB1">
      <w:rPr>
        <w:noProof/>
        <w:color w:val="505050"/>
        <w:sz w:val="16"/>
      </w:rPr>
      <w:t>2</w:t>
    </w:r>
    <w:r>
      <w:rPr>
        <w:color w:val="50505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D22F" w14:textId="77777777" w:rsidR="00B15AB1" w:rsidRDefault="00B15A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B1EFA" w14:textId="77777777" w:rsidR="00097483" w:rsidRDefault="00097483">
      <w:pPr>
        <w:spacing w:after="0" w:line="240" w:lineRule="auto"/>
      </w:pPr>
      <w:r>
        <w:separator/>
      </w:r>
    </w:p>
  </w:footnote>
  <w:footnote w:type="continuationSeparator" w:id="0">
    <w:p w14:paraId="3F2E0548" w14:textId="77777777" w:rsidR="00097483" w:rsidRDefault="0009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1029" w14:textId="77777777" w:rsidR="00B15AB1" w:rsidRDefault="00B15A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6859" w14:textId="77777777" w:rsidR="005E0BA5" w:rsidRDefault="005E0BA5">
    <w:pPr>
      <w:pStyle w:val="Kopfzeil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5187"/>
      <w:gridCol w:w="5187"/>
    </w:tblGrid>
    <w:tr w:rsidR="005E0BA5" w14:paraId="55789921" w14:textId="77777777">
      <w:tc>
        <w:tcPr>
          <w:tcW w:w="5187" w:type="dxa"/>
          <w:tcBorders>
            <w:top w:val="nil"/>
            <w:left w:val="nil"/>
            <w:bottom w:val="nil"/>
            <w:right w:val="nil"/>
          </w:tcBorders>
        </w:tcPr>
        <w:p w14:paraId="30C822D9" w14:textId="77777777" w:rsidR="00292011" w:rsidRDefault="00292011" w:rsidP="00292011">
          <w:pPr>
            <w:pStyle w:val="StandardWeb"/>
          </w:pPr>
          <w:r>
            <w:rPr>
              <w:noProof/>
            </w:rPr>
            <w:drawing>
              <wp:inline distT="0" distB="0" distL="0" distR="0" wp14:anchorId="08EDA20C" wp14:editId="1F6E5737">
                <wp:extent cx="2381250" cy="106680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D70EEE0" w14:textId="4866F4BF" w:rsidR="005E0BA5" w:rsidRDefault="005E0BA5"/>
      </w:tc>
      <w:tc>
        <w:tcPr>
          <w:tcW w:w="5187" w:type="dxa"/>
          <w:tcBorders>
            <w:top w:val="nil"/>
            <w:left w:val="nil"/>
            <w:bottom w:val="nil"/>
            <w:right w:val="nil"/>
          </w:tcBorders>
        </w:tcPr>
        <w:p w14:paraId="708911B1" w14:textId="77777777" w:rsidR="005E0BA5" w:rsidRPr="007E30B2" w:rsidRDefault="00000000">
          <w:pPr>
            <w:jc w:val="right"/>
            <w:rPr>
              <w:color w:val="8A1A45"/>
            </w:rPr>
          </w:pPr>
          <w:r w:rsidRPr="00292011">
            <w:rPr>
              <w:rFonts w:ascii="Aptos Display" w:hAnsi="Aptos Display"/>
              <w:color w:val="8A1A45"/>
              <w:sz w:val="40"/>
            </w:rPr>
            <w:t>Studio</w:t>
          </w:r>
          <w:r w:rsidRPr="007E30B2">
            <w:rPr>
              <w:rFonts w:ascii="Aptos Display" w:hAnsi="Aptos Display"/>
              <w:color w:val="8A1A45"/>
              <w:sz w:val="40"/>
            </w:rPr>
            <w:t xml:space="preserve"> Membership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5277" w14:textId="77777777" w:rsidR="00B15AB1" w:rsidRDefault="00B15A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76377">
    <w:abstractNumId w:val="8"/>
  </w:num>
  <w:num w:numId="2" w16cid:durableId="1337148851">
    <w:abstractNumId w:val="6"/>
  </w:num>
  <w:num w:numId="3" w16cid:durableId="2127846311">
    <w:abstractNumId w:val="5"/>
  </w:num>
  <w:num w:numId="4" w16cid:durableId="1059552230">
    <w:abstractNumId w:val="4"/>
  </w:num>
  <w:num w:numId="5" w16cid:durableId="183590719">
    <w:abstractNumId w:val="7"/>
  </w:num>
  <w:num w:numId="6" w16cid:durableId="1288047566">
    <w:abstractNumId w:val="3"/>
  </w:num>
  <w:num w:numId="7" w16cid:durableId="817380147">
    <w:abstractNumId w:val="2"/>
  </w:num>
  <w:num w:numId="8" w16cid:durableId="1790588827">
    <w:abstractNumId w:val="1"/>
  </w:num>
  <w:num w:numId="9" w16cid:durableId="119603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483"/>
    <w:rsid w:val="0015074B"/>
    <w:rsid w:val="00292011"/>
    <w:rsid w:val="0029639D"/>
    <w:rsid w:val="00326F90"/>
    <w:rsid w:val="004F164E"/>
    <w:rsid w:val="005E0BA5"/>
    <w:rsid w:val="007E30B2"/>
    <w:rsid w:val="008716BF"/>
    <w:rsid w:val="00AA1D8D"/>
    <w:rsid w:val="00AC2229"/>
    <w:rsid w:val="00B15AB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89534A4"/>
  <w14:defaultImageDpi w14:val="300"/>
  <w15:docId w15:val="{A4449B9B-75A2-414D-B29E-BCAF0B0A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/>
    </w:pPr>
    <w:rPr>
      <w:rFonts w:ascii="Aptos" w:hAnsi="Aptos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29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 Membership</dc:title>
  <dc:subject>Pilatessuisse studio membership registration form</dc:subject>
  <dc:creator>Pilatessuisse</dc:creator>
  <cp:keywords/>
  <dc:description>generated by python-docx</dc:description>
  <cp:lastModifiedBy>Pilates Suisse</cp:lastModifiedBy>
  <cp:revision>4</cp:revision>
  <dcterms:created xsi:type="dcterms:W3CDTF">2026-08-21T16:41:00Z</dcterms:created>
  <dcterms:modified xsi:type="dcterms:W3CDTF">2026-08-21T16:52:00Z</dcterms:modified>
  <cp:category/>
</cp:coreProperties>
</file>