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FCD9D" w14:textId="77777777" w:rsidR="00EE6E20" w:rsidRDefault="00000000">
      <w:pPr>
        <w:spacing w:after="160"/>
      </w:pPr>
      <w:r>
        <w:rPr>
          <w:rFonts w:ascii="Aptos Display" w:hAnsi="Aptos Display"/>
          <w:b/>
          <w:color w:val="141414"/>
          <w:sz w:val="30"/>
        </w:rPr>
        <w:t>Formulaires – Informations générales</w:t>
      </w:r>
    </w:p>
    <w:tbl>
      <w:tblPr>
        <w:tblW w:w="0" w:type="auto"/>
        <w:jc w:val="center"/>
        <w:tblLayout w:type="fixed"/>
        <w:tblLook w:val="04A0" w:firstRow="1" w:lastRow="0" w:firstColumn="1" w:lastColumn="0" w:noHBand="0" w:noVBand="1"/>
      </w:tblPr>
      <w:tblGrid>
        <w:gridCol w:w="624"/>
        <w:gridCol w:w="9184"/>
      </w:tblGrid>
      <w:tr w:rsidR="00EE6E20" w14:paraId="4DF12A05" w14:textId="77777777" w:rsidTr="00690190">
        <w:trPr>
          <w:jc w:val="center"/>
        </w:trPr>
        <w:tc>
          <w:tcPr>
            <w:tcW w:w="624" w:type="dxa"/>
            <w:tcBorders>
              <w:top w:val="single" w:sz="6" w:space="0" w:color="B8B8B8"/>
              <w:left w:val="single" w:sz="6" w:space="0" w:color="B8B8B8"/>
              <w:bottom w:val="single" w:sz="6" w:space="0" w:color="B8B8B8"/>
              <w:right w:val="single" w:sz="6" w:space="0" w:color="B8B8B8"/>
            </w:tcBorders>
            <w:shd w:val="clear" w:color="auto" w:fill="8A1A45"/>
            <w:tcMar>
              <w:top w:w="55" w:type="dxa"/>
              <w:left w:w="80" w:type="dxa"/>
              <w:bottom w:w="55" w:type="dxa"/>
              <w:right w:w="80" w:type="dxa"/>
            </w:tcMar>
            <w:vAlign w:val="center"/>
          </w:tcPr>
          <w:p w14:paraId="74CFC93D" w14:textId="77777777" w:rsidR="00EE6E20" w:rsidRDefault="00000000">
            <w:pPr>
              <w:spacing w:after="0" w:line="240" w:lineRule="auto"/>
            </w:pPr>
            <w:r>
              <w:rPr>
                <w:b/>
                <w:color w:val="FFFFFF"/>
              </w:rPr>
              <w:t>No.</w:t>
            </w:r>
          </w:p>
        </w:tc>
        <w:tc>
          <w:tcPr>
            <w:tcW w:w="9184" w:type="dxa"/>
            <w:tcBorders>
              <w:top w:val="single" w:sz="6" w:space="0" w:color="B8B8B8"/>
              <w:left w:val="single" w:sz="6" w:space="0" w:color="B8B8B8"/>
              <w:bottom w:val="single" w:sz="6" w:space="0" w:color="B8B8B8"/>
              <w:right w:val="single" w:sz="6" w:space="0" w:color="B8B8B8"/>
            </w:tcBorders>
            <w:shd w:val="clear" w:color="auto" w:fill="8A1A45"/>
            <w:tcMar>
              <w:top w:w="55" w:type="dxa"/>
              <w:left w:w="80" w:type="dxa"/>
              <w:bottom w:w="55" w:type="dxa"/>
              <w:right w:w="80" w:type="dxa"/>
            </w:tcMar>
            <w:vAlign w:val="center"/>
          </w:tcPr>
          <w:p w14:paraId="626814C1" w14:textId="77777777" w:rsidR="00EE6E20" w:rsidRDefault="00000000">
            <w:pPr>
              <w:spacing w:after="0" w:line="240" w:lineRule="auto"/>
            </w:pPr>
            <w:r>
              <w:rPr>
                <w:b/>
                <w:color w:val="FFFFFF"/>
              </w:rPr>
              <w:t>Documents / informations</w:t>
            </w:r>
          </w:p>
        </w:tc>
      </w:tr>
      <w:tr w:rsidR="00EE6E20" w14:paraId="535B2426" w14:textId="77777777">
        <w:trPr>
          <w:jc w:val="center"/>
        </w:trPr>
        <w:tc>
          <w:tcPr>
            <w:tcW w:w="62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37E5EFF6" w14:textId="77777777" w:rsidR="00EE6E20" w:rsidRDefault="00000000">
            <w:pPr>
              <w:spacing w:after="0" w:line="240" w:lineRule="auto"/>
            </w:pPr>
            <w:r>
              <w:t>1</w:t>
            </w:r>
          </w:p>
        </w:tc>
        <w:tc>
          <w:tcPr>
            <w:tcW w:w="918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0B338AA9" w14:textId="77777777" w:rsidR="00EE6E20" w:rsidRDefault="00000000">
            <w:pPr>
              <w:spacing w:after="0" w:line="240" w:lineRule="auto"/>
            </w:pPr>
            <w:r>
              <w:t>Informations générales sur le studio</w:t>
            </w:r>
          </w:p>
        </w:tc>
      </w:tr>
      <w:tr w:rsidR="00EE6E20" w14:paraId="02E8832F" w14:textId="77777777">
        <w:trPr>
          <w:jc w:val="center"/>
        </w:trPr>
        <w:tc>
          <w:tcPr>
            <w:tcW w:w="62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6A86ACD4" w14:textId="77777777" w:rsidR="00EE6E20" w:rsidRDefault="00000000">
            <w:pPr>
              <w:spacing w:after="0" w:line="240" w:lineRule="auto"/>
            </w:pPr>
            <w:r>
              <w:t>2</w:t>
            </w:r>
          </w:p>
        </w:tc>
        <w:tc>
          <w:tcPr>
            <w:tcW w:w="918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4BA137DA" w14:textId="77777777" w:rsidR="00EE6E20" w:rsidRDefault="00000000">
            <w:pPr>
              <w:spacing w:after="0" w:line="240" w:lineRule="auto"/>
            </w:pPr>
            <w:r>
              <w:t>Informations générales sur l’offre de cours</w:t>
            </w:r>
          </w:p>
        </w:tc>
      </w:tr>
    </w:tbl>
    <w:p w14:paraId="2CFD6583" w14:textId="77777777" w:rsidR="00EE6E20" w:rsidRDefault="00000000">
      <w:pPr>
        <w:spacing w:before="160" w:after="40" w:line="252" w:lineRule="auto"/>
      </w:pPr>
      <w:r>
        <w:rPr>
          <w:b/>
          <w:color w:val="202020"/>
          <w:sz w:val="21"/>
        </w:rPr>
        <w:t>Déclaration relative aux informations fournies</w:t>
      </w:r>
    </w:p>
    <w:p w14:paraId="102C185B" w14:textId="77777777" w:rsidR="00EE6E20" w:rsidRDefault="00000000">
      <w:pPr>
        <w:spacing w:after="160" w:line="252" w:lineRule="auto"/>
      </w:pPr>
      <w:r>
        <w:rPr>
          <w:color w:val="202020"/>
        </w:rPr>
        <w:t>Les informations suivantes servent de base fiable pour l’examen de la demande d’adhésion Studio ainsi que pour la communication administrative. Merci de remplir tous les champs de manière complète, correcte et conforme à la vérité.</w:t>
      </w:r>
    </w:p>
    <w:p w14:paraId="06AF034D" w14:textId="77777777" w:rsidR="00EE6E20" w:rsidRDefault="00000000">
      <w:pPr>
        <w:spacing w:before="60" w:after="40" w:line="252" w:lineRule="auto"/>
      </w:pPr>
      <w:r>
        <w:rPr>
          <w:b/>
          <w:color w:val="202020"/>
          <w:sz w:val="22"/>
        </w:rPr>
        <w:t>01 / Informations générales sur le studio</w:t>
      </w:r>
    </w:p>
    <w:p w14:paraId="031E42D8" w14:textId="77777777" w:rsidR="00EE6E20" w:rsidRDefault="00000000">
      <w:pPr>
        <w:spacing w:after="140" w:line="252" w:lineRule="auto"/>
      </w:pPr>
      <w:r>
        <w:rPr>
          <w:color w:val="202020"/>
        </w:rPr>
        <w:t>En plus du nom et de l’adresse du studio, veuillez fournir les informations juridiques et organisationnelles demandées ci-dessous.</w:t>
      </w:r>
    </w:p>
    <w:tbl>
      <w:tblPr>
        <w:tblW w:w="0" w:type="auto"/>
        <w:jc w:val="center"/>
        <w:tblLayout w:type="fixed"/>
        <w:tblLook w:val="04A0" w:firstRow="1" w:lastRow="0" w:firstColumn="1" w:lastColumn="0" w:noHBand="0" w:noVBand="1"/>
      </w:tblPr>
      <w:tblGrid>
        <w:gridCol w:w="10376"/>
      </w:tblGrid>
      <w:tr w:rsidR="00EE6E20" w14:paraId="33278DDD" w14:textId="77777777" w:rsidTr="00690190">
        <w:trPr>
          <w:jc w:val="center"/>
        </w:trPr>
        <w:tc>
          <w:tcPr>
            <w:tcW w:w="10376" w:type="dxa"/>
            <w:shd w:val="clear" w:color="auto" w:fill="8A1A45"/>
            <w:tcMar>
              <w:top w:w="65" w:type="dxa"/>
              <w:left w:w="100" w:type="dxa"/>
              <w:bottom w:w="65" w:type="dxa"/>
              <w:right w:w="100" w:type="dxa"/>
            </w:tcMar>
          </w:tcPr>
          <w:p w14:paraId="3AF70FD7" w14:textId="77777777" w:rsidR="00EE6E20" w:rsidRDefault="00000000">
            <w:pPr>
              <w:spacing w:after="0"/>
            </w:pPr>
            <w:r>
              <w:rPr>
                <w:b/>
                <w:color w:val="FFFFFF"/>
                <w:sz w:val="20"/>
              </w:rPr>
              <w:t>Informations sur le studio</w:t>
            </w:r>
          </w:p>
        </w:tc>
      </w:tr>
    </w:tbl>
    <w:p w14:paraId="0F7A3134" w14:textId="77777777" w:rsidR="00EE6E20" w:rsidRDefault="00EE6E20">
      <w:pPr>
        <w:spacing w:after="0"/>
      </w:pPr>
    </w:p>
    <w:tbl>
      <w:tblPr>
        <w:tblW w:w="0" w:type="auto"/>
        <w:jc w:val="center"/>
        <w:tblLayout w:type="fixed"/>
        <w:tblLook w:val="04A0" w:firstRow="1" w:lastRow="0" w:firstColumn="1" w:lastColumn="0" w:noHBand="0" w:noVBand="1"/>
      </w:tblPr>
      <w:tblGrid>
        <w:gridCol w:w="4706"/>
        <w:gridCol w:w="5102"/>
      </w:tblGrid>
      <w:tr w:rsidR="00EE6E20" w14:paraId="1A9D816E" w14:textId="77777777">
        <w:trPr>
          <w:jc w:val="center"/>
        </w:trPr>
        <w:tc>
          <w:tcPr>
            <w:tcW w:w="4706" w:type="dxa"/>
            <w:tcBorders>
              <w:top w:val="single" w:sz="6" w:space="0" w:color="B8B8B8"/>
              <w:left w:val="single" w:sz="6" w:space="0" w:color="B8B8B8"/>
              <w:bottom w:val="single" w:sz="6" w:space="0" w:color="B8B8B8"/>
              <w:right w:val="single" w:sz="6" w:space="0" w:color="B8B8B8"/>
            </w:tcBorders>
            <w:shd w:val="clear" w:color="auto" w:fill="F6F6F6"/>
            <w:tcMar>
              <w:top w:w="55" w:type="dxa"/>
              <w:left w:w="80" w:type="dxa"/>
              <w:bottom w:w="55" w:type="dxa"/>
              <w:right w:w="80" w:type="dxa"/>
            </w:tcMar>
            <w:vAlign w:val="center"/>
          </w:tcPr>
          <w:p w14:paraId="5DBE4A2B" w14:textId="77777777" w:rsidR="00EE6E20" w:rsidRDefault="00000000">
            <w:pPr>
              <w:spacing w:after="0" w:line="240" w:lineRule="auto"/>
            </w:pPr>
            <w:r>
              <w:t>Nom du studio</w:t>
            </w:r>
          </w:p>
        </w:tc>
        <w:tc>
          <w:tcPr>
            <w:tcW w:w="5102"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683028E3" w14:textId="77777777" w:rsidR="00EE6E20" w:rsidRDefault="00EE6E20">
            <w:pPr>
              <w:spacing w:after="0" w:line="240" w:lineRule="auto"/>
            </w:pPr>
          </w:p>
        </w:tc>
      </w:tr>
      <w:tr w:rsidR="00EE6E20" w14:paraId="77609486" w14:textId="77777777">
        <w:trPr>
          <w:jc w:val="center"/>
        </w:trPr>
        <w:tc>
          <w:tcPr>
            <w:tcW w:w="4706" w:type="dxa"/>
            <w:tcBorders>
              <w:top w:val="single" w:sz="6" w:space="0" w:color="B8B8B8"/>
              <w:left w:val="single" w:sz="6" w:space="0" w:color="B8B8B8"/>
              <w:bottom w:val="single" w:sz="6" w:space="0" w:color="B8B8B8"/>
              <w:right w:val="single" w:sz="6" w:space="0" w:color="B8B8B8"/>
            </w:tcBorders>
            <w:shd w:val="clear" w:color="auto" w:fill="F6F6F6"/>
            <w:tcMar>
              <w:top w:w="55" w:type="dxa"/>
              <w:left w:w="80" w:type="dxa"/>
              <w:bottom w:w="55" w:type="dxa"/>
              <w:right w:w="80" w:type="dxa"/>
            </w:tcMar>
            <w:vAlign w:val="center"/>
          </w:tcPr>
          <w:p w14:paraId="277B2132" w14:textId="77777777" w:rsidR="00EE6E20" w:rsidRDefault="00000000">
            <w:pPr>
              <w:spacing w:after="0" w:line="240" w:lineRule="auto"/>
            </w:pPr>
            <w:r>
              <w:t>Rue / numéro</w:t>
            </w:r>
          </w:p>
        </w:tc>
        <w:tc>
          <w:tcPr>
            <w:tcW w:w="5102"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39B53289" w14:textId="77777777" w:rsidR="00EE6E20" w:rsidRDefault="00EE6E20">
            <w:pPr>
              <w:spacing w:after="0" w:line="240" w:lineRule="auto"/>
            </w:pPr>
          </w:p>
        </w:tc>
      </w:tr>
      <w:tr w:rsidR="00EE6E20" w14:paraId="0231FDA7" w14:textId="77777777">
        <w:trPr>
          <w:jc w:val="center"/>
        </w:trPr>
        <w:tc>
          <w:tcPr>
            <w:tcW w:w="4706" w:type="dxa"/>
            <w:tcBorders>
              <w:top w:val="single" w:sz="6" w:space="0" w:color="B8B8B8"/>
              <w:left w:val="single" w:sz="6" w:space="0" w:color="B8B8B8"/>
              <w:bottom w:val="single" w:sz="6" w:space="0" w:color="B8B8B8"/>
              <w:right w:val="single" w:sz="6" w:space="0" w:color="B8B8B8"/>
            </w:tcBorders>
            <w:shd w:val="clear" w:color="auto" w:fill="F6F6F6"/>
            <w:tcMar>
              <w:top w:w="55" w:type="dxa"/>
              <w:left w:w="80" w:type="dxa"/>
              <w:bottom w:w="55" w:type="dxa"/>
              <w:right w:w="80" w:type="dxa"/>
            </w:tcMar>
            <w:vAlign w:val="center"/>
          </w:tcPr>
          <w:p w14:paraId="4F2EC1F4" w14:textId="77777777" w:rsidR="00EE6E20" w:rsidRDefault="00000000">
            <w:pPr>
              <w:spacing w:after="0" w:line="240" w:lineRule="auto"/>
            </w:pPr>
            <w:r>
              <w:t>Code postal, lieu</w:t>
            </w:r>
          </w:p>
        </w:tc>
        <w:tc>
          <w:tcPr>
            <w:tcW w:w="5102"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4FD38F6C" w14:textId="77777777" w:rsidR="00EE6E20" w:rsidRDefault="00EE6E20">
            <w:pPr>
              <w:spacing w:after="0" w:line="240" w:lineRule="auto"/>
            </w:pPr>
          </w:p>
        </w:tc>
      </w:tr>
      <w:tr w:rsidR="00EE6E20" w14:paraId="5B01AB3B" w14:textId="77777777">
        <w:trPr>
          <w:jc w:val="center"/>
        </w:trPr>
        <w:tc>
          <w:tcPr>
            <w:tcW w:w="4706" w:type="dxa"/>
            <w:tcBorders>
              <w:top w:val="single" w:sz="6" w:space="0" w:color="B8B8B8"/>
              <w:left w:val="single" w:sz="6" w:space="0" w:color="B8B8B8"/>
              <w:bottom w:val="single" w:sz="6" w:space="0" w:color="B8B8B8"/>
              <w:right w:val="single" w:sz="6" w:space="0" w:color="B8B8B8"/>
            </w:tcBorders>
            <w:shd w:val="clear" w:color="auto" w:fill="F6F6F6"/>
            <w:tcMar>
              <w:top w:w="55" w:type="dxa"/>
              <w:left w:w="80" w:type="dxa"/>
              <w:bottom w:w="55" w:type="dxa"/>
              <w:right w:w="80" w:type="dxa"/>
            </w:tcMar>
            <w:vAlign w:val="center"/>
          </w:tcPr>
          <w:p w14:paraId="52DC93DC" w14:textId="77777777" w:rsidR="00EE6E20" w:rsidRDefault="00000000">
            <w:pPr>
              <w:spacing w:after="0" w:line="240" w:lineRule="auto"/>
            </w:pPr>
            <w:r>
              <w:t>Pays</w:t>
            </w:r>
          </w:p>
        </w:tc>
        <w:tc>
          <w:tcPr>
            <w:tcW w:w="5102"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73212E7F" w14:textId="77777777" w:rsidR="00EE6E20" w:rsidRDefault="00000000">
            <w:pPr>
              <w:spacing w:after="0" w:line="240" w:lineRule="auto"/>
            </w:pPr>
            <w:r>
              <w:t>Suisse</w:t>
            </w:r>
          </w:p>
        </w:tc>
      </w:tr>
      <w:tr w:rsidR="00EE6E20" w14:paraId="269B0799" w14:textId="77777777">
        <w:trPr>
          <w:jc w:val="center"/>
        </w:trPr>
        <w:tc>
          <w:tcPr>
            <w:tcW w:w="4706" w:type="dxa"/>
            <w:tcBorders>
              <w:top w:val="single" w:sz="6" w:space="0" w:color="B8B8B8"/>
              <w:left w:val="single" w:sz="6" w:space="0" w:color="B8B8B8"/>
              <w:bottom w:val="single" w:sz="6" w:space="0" w:color="B8B8B8"/>
              <w:right w:val="single" w:sz="6" w:space="0" w:color="B8B8B8"/>
            </w:tcBorders>
            <w:shd w:val="clear" w:color="auto" w:fill="F6F6F6"/>
            <w:tcMar>
              <w:top w:w="55" w:type="dxa"/>
              <w:left w:w="80" w:type="dxa"/>
              <w:bottom w:w="55" w:type="dxa"/>
              <w:right w:w="80" w:type="dxa"/>
            </w:tcMar>
            <w:vAlign w:val="center"/>
          </w:tcPr>
          <w:p w14:paraId="6A12E241" w14:textId="77777777" w:rsidR="00EE6E20" w:rsidRDefault="00000000">
            <w:pPr>
              <w:spacing w:after="0" w:line="240" w:lineRule="auto"/>
            </w:pPr>
            <w:r>
              <w:t>Site web</w:t>
            </w:r>
          </w:p>
        </w:tc>
        <w:tc>
          <w:tcPr>
            <w:tcW w:w="5102"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717EC010" w14:textId="77777777" w:rsidR="00EE6E20" w:rsidRDefault="00EE6E20">
            <w:pPr>
              <w:spacing w:after="0" w:line="240" w:lineRule="auto"/>
            </w:pPr>
          </w:p>
        </w:tc>
      </w:tr>
      <w:tr w:rsidR="00EE6E20" w14:paraId="05735140" w14:textId="77777777">
        <w:trPr>
          <w:jc w:val="center"/>
        </w:trPr>
        <w:tc>
          <w:tcPr>
            <w:tcW w:w="4706" w:type="dxa"/>
            <w:tcBorders>
              <w:top w:val="single" w:sz="6" w:space="0" w:color="B8B8B8"/>
              <w:left w:val="single" w:sz="6" w:space="0" w:color="B8B8B8"/>
              <w:bottom w:val="single" w:sz="6" w:space="0" w:color="B8B8B8"/>
              <w:right w:val="single" w:sz="6" w:space="0" w:color="B8B8B8"/>
            </w:tcBorders>
            <w:shd w:val="clear" w:color="auto" w:fill="F6F6F6"/>
            <w:tcMar>
              <w:top w:w="55" w:type="dxa"/>
              <w:left w:w="80" w:type="dxa"/>
              <w:bottom w:w="55" w:type="dxa"/>
              <w:right w:w="80" w:type="dxa"/>
            </w:tcMar>
            <w:vAlign w:val="center"/>
          </w:tcPr>
          <w:p w14:paraId="247F2DB5" w14:textId="77777777" w:rsidR="00EE6E20" w:rsidRDefault="00000000">
            <w:pPr>
              <w:spacing w:after="0" w:line="240" w:lineRule="auto"/>
            </w:pPr>
            <w:r>
              <w:t>Forme juridique de l’organisation</w:t>
            </w:r>
          </w:p>
        </w:tc>
        <w:tc>
          <w:tcPr>
            <w:tcW w:w="5102"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3E094A47" w14:textId="77777777" w:rsidR="00EE6E20" w:rsidRDefault="00EE6E20">
            <w:pPr>
              <w:spacing w:after="0" w:line="240" w:lineRule="auto"/>
            </w:pPr>
          </w:p>
        </w:tc>
      </w:tr>
      <w:tr w:rsidR="00EE6E20" w14:paraId="056E82D6" w14:textId="77777777">
        <w:trPr>
          <w:jc w:val="center"/>
        </w:trPr>
        <w:tc>
          <w:tcPr>
            <w:tcW w:w="4706" w:type="dxa"/>
            <w:tcBorders>
              <w:top w:val="single" w:sz="6" w:space="0" w:color="B8B8B8"/>
              <w:left w:val="single" w:sz="6" w:space="0" w:color="B8B8B8"/>
              <w:bottom w:val="single" w:sz="6" w:space="0" w:color="B8B8B8"/>
              <w:right w:val="single" w:sz="6" w:space="0" w:color="B8B8B8"/>
            </w:tcBorders>
            <w:shd w:val="clear" w:color="auto" w:fill="F6F6F6"/>
            <w:tcMar>
              <w:top w:w="55" w:type="dxa"/>
              <w:left w:w="80" w:type="dxa"/>
              <w:bottom w:w="55" w:type="dxa"/>
              <w:right w:w="80" w:type="dxa"/>
            </w:tcMar>
            <w:vAlign w:val="center"/>
          </w:tcPr>
          <w:p w14:paraId="3400B45B" w14:textId="77777777" w:rsidR="00EE6E20" w:rsidRDefault="00000000">
            <w:pPr>
              <w:spacing w:after="0" w:line="240" w:lineRule="auto"/>
            </w:pPr>
            <w:r>
              <w:t>Numéro d’inscription au registre du commerce</w:t>
            </w:r>
          </w:p>
        </w:tc>
        <w:tc>
          <w:tcPr>
            <w:tcW w:w="5102"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1A13D211" w14:textId="77777777" w:rsidR="00EE6E20" w:rsidRDefault="00000000">
            <w:pPr>
              <w:spacing w:after="0" w:line="240" w:lineRule="auto"/>
            </w:pPr>
            <w:r>
              <w:rPr>
                <w:i/>
                <w:color w:val="787878"/>
              </w:rPr>
              <w:t>(si disponible)</w:t>
            </w:r>
          </w:p>
        </w:tc>
      </w:tr>
      <w:tr w:rsidR="00EE6E20" w14:paraId="6964E18F" w14:textId="77777777">
        <w:trPr>
          <w:jc w:val="center"/>
        </w:trPr>
        <w:tc>
          <w:tcPr>
            <w:tcW w:w="4706" w:type="dxa"/>
            <w:tcBorders>
              <w:top w:val="single" w:sz="6" w:space="0" w:color="B8B8B8"/>
              <w:left w:val="single" w:sz="6" w:space="0" w:color="B8B8B8"/>
              <w:bottom w:val="single" w:sz="6" w:space="0" w:color="B8B8B8"/>
              <w:right w:val="single" w:sz="6" w:space="0" w:color="B8B8B8"/>
            </w:tcBorders>
            <w:shd w:val="clear" w:color="auto" w:fill="F6F6F6"/>
            <w:tcMar>
              <w:top w:w="55" w:type="dxa"/>
              <w:left w:w="80" w:type="dxa"/>
              <w:bottom w:w="55" w:type="dxa"/>
              <w:right w:w="80" w:type="dxa"/>
            </w:tcMar>
            <w:vAlign w:val="center"/>
          </w:tcPr>
          <w:p w14:paraId="7B9E091B" w14:textId="77777777" w:rsidR="00EE6E20" w:rsidRDefault="00000000">
            <w:pPr>
              <w:spacing w:after="0" w:line="240" w:lineRule="auto"/>
            </w:pPr>
            <w:r>
              <w:t>Numéro d’identification des entreprises (IDE)</w:t>
            </w:r>
          </w:p>
        </w:tc>
        <w:tc>
          <w:tcPr>
            <w:tcW w:w="5102"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78D047F1" w14:textId="77777777" w:rsidR="00EE6E20" w:rsidRDefault="00000000">
            <w:pPr>
              <w:spacing w:after="0" w:line="240" w:lineRule="auto"/>
            </w:pPr>
            <w:r>
              <w:rPr>
                <w:i/>
                <w:color w:val="787878"/>
              </w:rPr>
              <w:t>(si applicable)</w:t>
            </w:r>
          </w:p>
        </w:tc>
      </w:tr>
    </w:tbl>
    <w:p w14:paraId="5E2E1246" w14:textId="77777777" w:rsidR="00EE6E20" w:rsidRDefault="00EE6E20">
      <w:pPr>
        <w:spacing w:after="20" w:line="252" w:lineRule="auto"/>
      </w:pPr>
    </w:p>
    <w:tbl>
      <w:tblPr>
        <w:tblW w:w="0" w:type="auto"/>
        <w:jc w:val="center"/>
        <w:tblLayout w:type="fixed"/>
        <w:tblLook w:val="04A0" w:firstRow="1" w:lastRow="0" w:firstColumn="1" w:lastColumn="0" w:noHBand="0" w:noVBand="1"/>
      </w:tblPr>
      <w:tblGrid>
        <w:gridCol w:w="10376"/>
      </w:tblGrid>
      <w:tr w:rsidR="00EE6E20" w14:paraId="4FB7E5CB" w14:textId="77777777" w:rsidTr="00690190">
        <w:trPr>
          <w:jc w:val="center"/>
        </w:trPr>
        <w:tc>
          <w:tcPr>
            <w:tcW w:w="10376" w:type="dxa"/>
            <w:shd w:val="clear" w:color="auto" w:fill="8A1A45"/>
            <w:tcMar>
              <w:top w:w="65" w:type="dxa"/>
              <w:left w:w="100" w:type="dxa"/>
              <w:bottom w:w="65" w:type="dxa"/>
              <w:right w:w="100" w:type="dxa"/>
            </w:tcMar>
          </w:tcPr>
          <w:p w14:paraId="287FF3C7" w14:textId="77777777" w:rsidR="00EE6E20" w:rsidRDefault="00000000">
            <w:pPr>
              <w:spacing w:after="0"/>
            </w:pPr>
            <w:r>
              <w:rPr>
                <w:b/>
                <w:color w:val="FFFFFF"/>
                <w:sz w:val="20"/>
              </w:rPr>
              <w:t>Statut de membre et de certification</w:t>
            </w:r>
          </w:p>
        </w:tc>
      </w:tr>
    </w:tbl>
    <w:p w14:paraId="5CF7880B" w14:textId="77777777" w:rsidR="00EE6E20" w:rsidRDefault="00EE6E20">
      <w:pPr>
        <w:spacing w:after="0"/>
      </w:pPr>
    </w:p>
    <w:tbl>
      <w:tblPr>
        <w:tblW w:w="0" w:type="auto"/>
        <w:jc w:val="center"/>
        <w:tblLayout w:type="fixed"/>
        <w:tblLook w:val="04A0" w:firstRow="1" w:lastRow="0" w:firstColumn="1" w:lastColumn="0" w:noHBand="0" w:noVBand="1"/>
      </w:tblPr>
      <w:tblGrid>
        <w:gridCol w:w="4139"/>
        <w:gridCol w:w="2324"/>
        <w:gridCol w:w="3345"/>
      </w:tblGrid>
      <w:tr w:rsidR="00EE6E20" w14:paraId="4D367E22" w14:textId="77777777">
        <w:trPr>
          <w:jc w:val="center"/>
        </w:trPr>
        <w:tc>
          <w:tcPr>
            <w:tcW w:w="4139" w:type="dxa"/>
            <w:tcBorders>
              <w:top w:val="single" w:sz="6" w:space="0" w:color="B8B8B8"/>
              <w:left w:val="single" w:sz="6" w:space="0" w:color="B8B8B8"/>
              <w:bottom w:val="single" w:sz="6" w:space="0" w:color="B8B8B8"/>
              <w:right w:val="single" w:sz="6" w:space="0" w:color="B8B8B8"/>
            </w:tcBorders>
            <w:shd w:val="clear" w:color="auto" w:fill="F6F6F6"/>
            <w:tcMar>
              <w:top w:w="55" w:type="dxa"/>
              <w:left w:w="80" w:type="dxa"/>
              <w:bottom w:w="55" w:type="dxa"/>
              <w:right w:w="80" w:type="dxa"/>
            </w:tcMar>
            <w:vAlign w:val="center"/>
          </w:tcPr>
          <w:p w14:paraId="1F2AEC09" w14:textId="77777777" w:rsidR="00EE6E20" w:rsidRDefault="00000000">
            <w:pPr>
              <w:spacing w:after="0" w:line="240" w:lineRule="auto"/>
            </w:pPr>
            <w:r>
              <w:t>Êtes-vous déjà membre de Pilatessuisse ?</w:t>
            </w:r>
          </w:p>
        </w:tc>
        <w:tc>
          <w:tcPr>
            <w:tcW w:w="232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4CADC72C" w14:textId="77777777" w:rsidR="00EE6E20" w:rsidRDefault="00000000">
            <w:pPr>
              <w:spacing w:after="0" w:line="240" w:lineRule="auto"/>
            </w:pPr>
            <w:r>
              <w:t>☐ Oui    ☐ Non</w:t>
            </w:r>
          </w:p>
        </w:tc>
        <w:tc>
          <w:tcPr>
            <w:tcW w:w="3345"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41BEBBC6" w14:textId="77777777" w:rsidR="00EE6E20" w:rsidRDefault="00000000">
            <w:pPr>
              <w:spacing w:after="0" w:line="240" w:lineRule="auto"/>
            </w:pPr>
            <w:r>
              <w:t>Si oui, depuis (MM/AAAA) :</w:t>
            </w:r>
          </w:p>
        </w:tc>
      </w:tr>
      <w:tr w:rsidR="00EE6E20" w14:paraId="426E0FBB" w14:textId="77777777">
        <w:trPr>
          <w:jc w:val="center"/>
        </w:trPr>
        <w:tc>
          <w:tcPr>
            <w:tcW w:w="4139" w:type="dxa"/>
            <w:tcBorders>
              <w:top w:val="single" w:sz="6" w:space="0" w:color="B8B8B8"/>
              <w:left w:val="single" w:sz="6" w:space="0" w:color="B8B8B8"/>
              <w:bottom w:val="single" w:sz="6" w:space="0" w:color="B8B8B8"/>
              <w:right w:val="single" w:sz="6" w:space="0" w:color="B8B8B8"/>
            </w:tcBorders>
            <w:shd w:val="clear" w:color="auto" w:fill="F6F6F6"/>
            <w:tcMar>
              <w:top w:w="55" w:type="dxa"/>
              <w:left w:w="80" w:type="dxa"/>
              <w:bottom w:w="55" w:type="dxa"/>
              <w:right w:w="80" w:type="dxa"/>
            </w:tcMar>
            <w:vAlign w:val="center"/>
          </w:tcPr>
          <w:p w14:paraId="3E91CB13" w14:textId="77777777" w:rsidR="00EE6E20" w:rsidRDefault="00000000">
            <w:pPr>
              <w:spacing w:after="0" w:line="240" w:lineRule="auto"/>
            </w:pPr>
            <w:r>
              <w:t>Êtes-vous déjà certifié(e) QualiCert ?</w:t>
            </w:r>
          </w:p>
        </w:tc>
        <w:tc>
          <w:tcPr>
            <w:tcW w:w="232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7A2860E1" w14:textId="77777777" w:rsidR="00EE6E20" w:rsidRDefault="00000000">
            <w:pPr>
              <w:spacing w:after="0" w:line="240" w:lineRule="auto"/>
            </w:pPr>
            <w:r>
              <w:t>☐ Oui    ☐ Non</w:t>
            </w:r>
          </w:p>
        </w:tc>
        <w:tc>
          <w:tcPr>
            <w:tcW w:w="3345"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7A1994CA" w14:textId="77777777" w:rsidR="00EE6E20" w:rsidRDefault="00000000">
            <w:pPr>
              <w:spacing w:after="0" w:line="240" w:lineRule="auto"/>
            </w:pPr>
            <w:r>
              <w:t>Si oui, depuis (MM/AAAA) :</w:t>
            </w:r>
          </w:p>
        </w:tc>
      </w:tr>
    </w:tbl>
    <w:p w14:paraId="135E46A3" w14:textId="77777777" w:rsidR="00EE6E20" w:rsidRDefault="00000000">
      <w:r>
        <w:br w:type="page"/>
      </w:r>
    </w:p>
    <w:tbl>
      <w:tblPr>
        <w:tblW w:w="0" w:type="auto"/>
        <w:jc w:val="center"/>
        <w:tblLayout w:type="fixed"/>
        <w:tblLook w:val="04A0" w:firstRow="1" w:lastRow="0" w:firstColumn="1" w:lastColumn="0" w:noHBand="0" w:noVBand="1"/>
      </w:tblPr>
      <w:tblGrid>
        <w:gridCol w:w="10376"/>
      </w:tblGrid>
      <w:tr w:rsidR="00EE6E20" w14:paraId="052AB60D" w14:textId="77777777" w:rsidTr="00690190">
        <w:trPr>
          <w:jc w:val="center"/>
        </w:trPr>
        <w:tc>
          <w:tcPr>
            <w:tcW w:w="10376" w:type="dxa"/>
            <w:shd w:val="clear" w:color="auto" w:fill="8A1A45"/>
            <w:tcMar>
              <w:top w:w="65" w:type="dxa"/>
              <w:left w:w="100" w:type="dxa"/>
              <w:bottom w:w="65" w:type="dxa"/>
              <w:right w:w="100" w:type="dxa"/>
            </w:tcMar>
          </w:tcPr>
          <w:p w14:paraId="22C89C8E" w14:textId="77777777" w:rsidR="00EE6E20" w:rsidRDefault="00000000">
            <w:pPr>
              <w:spacing w:after="0"/>
            </w:pPr>
            <w:r>
              <w:rPr>
                <w:b/>
                <w:color w:val="FFFFFF"/>
                <w:sz w:val="20"/>
              </w:rPr>
              <w:lastRenderedPageBreak/>
              <w:t>Coordonnées</w:t>
            </w:r>
          </w:p>
        </w:tc>
      </w:tr>
    </w:tbl>
    <w:p w14:paraId="5296C89E" w14:textId="77777777" w:rsidR="00EE6E20" w:rsidRDefault="00EE6E20">
      <w:pPr>
        <w:spacing w:after="0"/>
      </w:pPr>
    </w:p>
    <w:tbl>
      <w:tblPr>
        <w:tblW w:w="0" w:type="auto"/>
        <w:jc w:val="center"/>
        <w:tblLayout w:type="fixed"/>
        <w:tblLook w:val="04A0" w:firstRow="1" w:lastRow="0" w:firstColumn="1" w:lastColumn="0" w:noHBand="0" w:noVBand="1"/>
      </w:tblPr>
      <w:tblGrid>
        <w:gridCol w:w="4082"/>
        <w:gridCol w:w="5726"/>
      </w:tblGrid>
      <w:tr w:rsidR="00EE6E20" w14:paraId="19066490" w14:textId="77777777">
        <w:trPr>
          <w:jc w:val="center"/>
        </w:trPr>
        <w:tc>
          <w:tcPr>
            <w:tcW w:w="4082" w:type="dxa"/>
            <w:tcBorders>
              <w:top w:val="single" w:sz="6" w:space="0" w:color="B8B8B8"/>
              <w:left w:val="single" w:sz="6" w:space="0" w:color="B8B8B8"/>
              <w:bottom w:val="single" w:sz="6" w:space="0" w:color="B8B8B8"/>
              <w:right w:val="single" w:sz="6" w:space="0" w:color="B8B8B8"/>
            </w:tcBorders>
            <w:shd w:val="clear" w:color="auto" w:fill="F6F6F6"/>
            <w:tcMar>
              <w:top w:w="55" w:type="dxa"/>
              <w:left w:w="80" w:type="dxa"/>
              <w:bottom w:w="55" w:type="dxa"/>
              <w:right w:w="80" w:type="dxa"/>
            </w:tcMar>
            <w:vAlign w:val="center"/>
          </w:tcPr>
          <w:p w14:paraId="7D9B4291" w14:textId="77777777" w:rsidR="00EE6E20" w:rsidRDefault="00000000">
            <w:pPr>
              <w:spacing w:after="0" w:line="240" w:lineRule="auto"/>
            </w:pPr>
            <w:r>
              <w:t>Prénom de la personne de contact</w:t>
            </w:r>
          </w:p>
        </w:tc>
        <w:tc>
          <w:tcPr>
            <w:tcW w:w="5726"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4855A777" w14:textId="77777777" w:rsidR="00EE6E20" w:rsidRDefault="00EE6E20">
            <w:pPr>
              <w:spacing w:after="0" w:line="240" w:lineRule="auto"/>
            </w:pPr>
          </w:p>
        </w:tc>
      </w:tr>
      <w:tr w:rsidR="00EE6E20" w14:paraId="2C3CEA57" w14:textId="77777777">
        <w:trPr>
          <w:jc w:val="center"/>
        </w:trPr>
        <w:tc>
          <w:tcPr>
            <w:tcW w:w="4082" w:type="dxa"/>
            <w:tcBorders>
              <w:top w:val="single" w:sz="6" w:space="0" w:color="B8B8B8"/>
              <w:left w:val="single" w:sz="6" w:space="0" w:color="B8B8B8"/>
              <w:bottom w:val="single" w:sz="6" w:space="0" w:color="B8B8B8"/>
              <w:right w:val="single" w:sz="6" w:space="0" w:color="B8B8B8"/>
            </w:tcBorders>
            <w:shd w:val="clear" w:color="auto" w:fill="F6F6F6"/>
            <w:tcMar>
              <w:top w:w="55" w:type="dxa"/>
              <w:left w:w="80" w:type="dxa"/>
              <w:bottom w:w="55" w:type="dxa"/>
              <w:right w:w="80" w:type="dxa"/>
            </w:tcMar>
            <w:vAlign w:val="center"/>
          </w:tcPr>
          <w:p w14:paraId="254CA41B" w14:textId="77777777" w:rsidR="00EE6E20" w:rsidRDefault="00000000">
            <w:pPr>
              <w:spacing w:after="0" w:line="240" w:lineRule="auto"/>
            </w:pPr>
            <w:r>
              <w:t>Nom de famille de la personne de contact</w:t>
            </w:r>
          </w:p>
        </w:tc>
        <w:tc>
          <w:tcPr>
            <w:tcW w:w="5726"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084077B4" w14:textId="77777777" w:rsidR="00EE6E20" w:rsidRDefault="00EE6E20">
            <w:pPr>
              <w:spacing w:after="0" w:line="240" w:lineRule="auto"/>
            </w:pPr>
          </w:p>
        </w:tc>
      </w:tr>
      <w:tr w:rsidR="00EE6E20" w14:paraId="395389A1" w14:textId="77777777">
        <w:trPr>
          <w:jc w:val="center"/>
        </w:trPr>
        <w:tc>
          <w:tcPr>
            <w:tcW w:w="4082" w:type="dxa"/>
            <w:tcBorders>
              <w:top w:val="single" w:sz="6" w:space="0" w:color="B8B8B8"/>
              <w:left w:val="single" w:sz="6" w:space="0" w:color="B8B8B8"/>
              <w:bottom w:val="single" w:sz="6" w:space="0" w:color="B8B8B8"/>
              <w:right w:val="single" w:sz="6" w:space="0" w:color="B8B8B8"/>
            </w:tcBorders>
            <w:shd w:val="clear" w:color="auto" w:fill="F6F6F6"/>
            <w:tcMar>
              <w:top w:w="55" w:type="dxa"/>
              <w:left w:w="80" w:type="dxa"/>
              <w:bottom w:w="55" w:type="dxa"/>
              <w:right w:w="80" w:type="dxa"/>
            </w:tcMar>
            <w:vAlign w:val="center"/>
          </w:tcPr>
          <w:p w14:paraId="37F6DD0E" w14:textId="77777777" w:rsidR="00EE6E20" w:rsidRDefault="00000000">
            <w:pPr>
              <w:spacing w:after="0" w:line="240" w:lineRule="auto"/>
            </w:pPr>
            <w:r>
              <w:t>Numéro de téléphone 1</w:t>
            </w:r>
          </w:p>
        </w:tc>
        <w:tc>
          <w:tcPr>
            <w:tcW w:w="5726"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148B2693" w14:textId="77777777" w:rsidR="00EE6E20" w:rsidRDefault="00EE6E20">
            <w:pPr>
              <w:spacing w:after="0" w:line="240" w:lineRule="auto"/>
            </w:pPr>
          </w:p>
        </w:tc>
      </w:tr>
      <w:tr w:rsidR="00EE6E20" w14:paraId="362CD206" w14:textId="77777777">
        <w:trPr>
          <w:jc w:val="center"/>
        </w:trPr>
        <w:tc>
          <w:tcPr>
            <w:tcW w:w="4082" w:type="dxa"/>
            <w:tcBorders>
              <w:top w:val="single" w:sz="6" w:space="0" w:color="B8B8B8"/>
              <w:left w:val="single" w:sz="6" w:space="0" w:color="B8B8B8"/>
              <w:bottom w:val="single" w:sz="6" w:space="0" w:color="B8B8B8"/>
              <w:right w:val="single" w:sz="6" w:space="0" w:color="B8B8B8"/>
            </w:tcBorders>
            <w:shd w:val="clear" w:color="auto" w:fill="F6F6F6"/>
            <w:tcMar>
              <w:top w:w="55" w:type="dxa"/>
              <w:left w:w="80" w:type="dxa"/>
              <w:bottom w:w="55" w:type="dxa"/>
              <w:right w:w="80" w:type="dxa"/>
            </w:tcMar>
            <w:vAlign w:val="center"/>
          </w:tcPr>
          <w:p w14:paraId="54D3B01E" w14:textId="77777777" w:rsidR="00EE6E20" w:rsidRDefault="00000000">
            <w:pPr>
              <w:spacing w:after="0" w:line="240" w:lineRule="auto"/>
            </w:pPr>
            <w:r>
              <w:t>Numéro de téléphone 2</w:t>
            </w:r>
          </w:p>
        </w:tc>
        <w:tc>
          <w:tcPr>
            <w:tcW w:w="5726"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58184571" w14:textId="77777777" w:rsidR="00EE6E20" w:rsidRDefault="00EE6E20">
            <w:pPr>
              <w:spacing w:after="0" w:line="240" w:lineRule="auto"/>
            </w:pPr>
          </w:p>
        </w:tc>
      </w:tr>
      <w:tr w:rsidR="00EE6E20" w14:paraId="5BE6B7C3" w14:textId="77777777">
        <w:trPr>
          <w:jc w:val="center"/>
        </w:trPr>
        <w:tc>
          <w:tcPr>
            <w:tcW w:w="4082" w:type="dxa"/>
            <w:tcBorders>
              <w:top w:val="single" w:sz="6" w:space="0" w:color="B8B8B8"/>
              <w:left w:val="single" w:sz="6" w:space="0" w:color="B8B8B8"/>
              <w:bottom w:val="single" w:sz="6" w:space="0" w:color="B8B8B8"/>
              <w:right w:val="single" w:sz="6" w:space="0" w:color="B8B8B8"/>
            </w:tcBorders>
            <w:shd w:val="clear" w:color="auto" w:fill="F6F6F6"/>
            <w:tcMar>
              <w:top w:w="55" w:type="dxa"/>
              <w:left w:w="80" w:type="dxa"/>
              <w:bottom w:w="55" w:type="dxa"/>
              <w:right w:w="80" w:type="dxa"/>
            </w:tcMar>
            <w:vAlign w:val="center"/>
          </w:tcPr>
          <w:p w14:paraId="7081FF14" w14:textId="77777777" w:rsidR="00EE6E20" w:rsidRDefault="00000000">
            <w:pPr>
              <w:spacing w:after="0" w:line="240" w:lineRule="auto"/>
            </w:pPr>
            <w:r>
              <w:t>Adresse e-mail</w:t>
            </w:r>
          </w:p>
        </w:tc>
        <w:tc>
          <w:tcPr>
            <w:tcW w:w="5726"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4623865F" w14:textId="77777777" w:rsidR="00EE6E20" w:rsidRDefault="00EE6E20">
            <w:pPr>
              <w:spacing w:after="0" w:line="240" w:lineRule="auto"/>
            </w:pPr>
          </w:p>
        </w:tc>
      </w:tr>
      <w:tr w:rsidR="00EE6E20" w14:paraId="4F2EBF4B" w14:textId="77777777">
        <w:trPr>
          <w:jc w:val="center"/>
        </w:trPr>
        <w:tc>
          <w:tcPr>
            <w:tcW w:w="4082" w:type="dxa"/>
            <w:tcBorders>
              <w:top w:val="single" w:sz="6" w:space="0" w:color="B8B8B8"/>
              <w:left w:val="single" w:sz="6" w:space="0" w:color="B8B8B8"/>
              <w:bottom w:val="single" w:sz="6" w:space="0" w:color="B8B8B8"/>
              <w:right w:val="single" w:sz="6" w:space="0" w:color="B8B8B8"/>
            </w:tcBorders>
            <w:shd w:val="clear" w:color="auto" w:fill="F6F6F6"/>
            <w:tcMar>
              <w:top w:w="55" w:type="dxa"/>
              <w:left w:w="80" w:type="dxa"/>
              <w:bottom w:w="55" w:type="dxa"/>
              <w:right w:w="80" w:type="dxa"/>
            </w:tcMar>
            <w:vAlign w:val="center"/>
          </w:tcPr>
          <w:p w14:paraId="3D249818" w14:textId="77777777" w:rsidR="00EE6E20" w:rsidRDefault="00000000">
            <w:pPr>
              <w:spacing w:after="0" w:line="240" w:lineRule="auto"/>
            </w:pPr>
            <w:r>
              <w:t>Date de naissance</w:t>
            </w:r>
          </w:p>
        </w:tc>
        <w:tc>
          <w:tcPr>
            <w:tcW w:w="5726"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3FEBABE8" w14:textId="77777777" w:rsidR="00EE6E20" w:rsidRDefault="00EE6E20">
            <w:pPr>
              <w:spacing w:after="0" w:line="240" w:lineRule="auto"/>
            </w:pPr>
          </w:p>
        </w:tc>
      </w:tr>
    </w:tbl>
    <w:p w14:paraId="4F6D7C2F" w14:textId="77777777" w:rsidR="00EE6E20" w:rsidRDefault="00EE6E20">
      <w:pPr>
        <w:spacing w:after="20" w:line="252" w:lineRule="auto"/>
      </w:pPr>
    </w:p>
    <w:tbl>
      <w:tblPr>
        <w:tblW w:w="0" w:type="auto"/>
        <w:jc w:val="center"/>
        <w:tblLayout w:type="fixed"/>
        <w:tblLook w:val="04A0" w:firstRow="1" w:lastRow="0" w:firstColumn="1" w:lastColumn="0" w:noHBand="0" w:noVBand="1"/>
      </w:tblPr>
      <w:tblGrid>
        <w:gridCol w:w="10376"/>
      </w:tblGrid>
      <w:tr w:rsidR="00EE6E20" w14:paraId="1A093B17" w14:textId="77777777" w:rsidTr="00690190">
        <w:trPr>
          <w:jc w:val="center"/>
        </w:trPr>
        <w:tc>
          <w:tcPr>
            <w:tcW w:w="10376" w:type="dxa"/>
            <w:shd w:val="clear" w:color="auto" w:fill="8A1A45"/>
            <w:tcMar>
              <w:top w:w="65" w:type="dxa"/>
              <w:left w:w="100" w:type="dxa"/>
              <w:bottom w:w="65" w:type="dxa"/>
              <w:right w:w="100" w:type="dxa"/>
            </w:tcMar>
          </w:tcPr>
          <w:p w14:paraId="3641EC0B" w14:textId="77777777" w:rsidR="00EE6E20" w:rsidRDefault="00000000">
            <w:pPr>
              <w:spacing w:after="0"/>
            </w:pPr>
            <w:r>
              <w:rPr>
                <w:b/>
                <w:color w:val="FFFFFF"/>
                <w:sz w:val="20"/>
              </w:rPr>
              <w:t>Adresse de facturation</w:t>
            </w:r>
          </w:p>
        </w:tc>
      </w:tr>
    </w:tbl>
    <w:p w14:paraId="6F2C93B4" w14:textId="77777777" w:rsidR="00EE6E20" w:rsidRDefault="00EE6E20">
      <w:pPr>
        <w:spacing w:after="0"/>
      </w:pPr>
    </w:p>
    <w:p w14:paraId="1C2B62FE" w14:textId="77777777" w:rsidR="00EE6E20" w:rsidRDefault="00000000">
      <w:pPr>
        <w:spacing w:after="60" w:line="252" w:lineRule="auto"/>
      </w:pPr>
      <w:r>
        <w:rPr>
          <w:color w:val="202020"/>
          <w:sz w:val="17"/>
        </w:rPr>
        <w:t>À remplir uniquement si l’adresse de facturation est différente de celle du studio.</w:t>
      </w:r>
    </w:p>
    <w:tbl>
      <w:tblPr>
        <w:tblW w:w="0" w:type="auto"/>
        <w:jc w:val="center"/>
        <w:tblLayout w:type="fixed"/>
        <w:tblLook w:val="04A0" w:firstRow="1" w:lastRow="0" w:firstColumn="1" w:lastColumn="0" w:noHBand="0" w:noVBand="1"/>
      </w:tblPr>
      <w:tblGrid>
        <w:gridCol w:w="2891"/>
        <w:gridCol w:w="6917"/>
      </w:tblGrid>
      <w:tr w:rsidR="00EE6E20" w14:paraId="5B954EF2" w14:textId="77777777">
        <w:trPr>
          <w:jc w:val="center"/>
        </w:trPr>
        <w:tc>
          <w:tcPr>
            <w:tcW w:w="2891" w:type="dxa"/>
            <w:tcBorders>
              <w:top w:val="single" w:sz="6" w:space="0" w:color="B8B8B8"/>
              <w:left w:val="single" w:sz="6" w:space="0" w:color="B8B8B8"/>
              <w:bottom w:val="single" w:sz="6" w:space="0" w:color="B8B8B8"/>
              <w:right w:val="single" w:sz="6" w:space="0" w:color="B8B8B8"/>
            </w:tcBorders>
            <w:shd w:val="clear" w:color="auto" w:fill="F6F6F6"/>
            <w:tcMar>
              <w:top w:w="55" w:type="dxa"/>
              <w:left w:w="80" w:type="dxa"/>
              <w:bottom w:w="55" w:type="dxa"/>
              <w:right w:w="80" w:type="dxa"/>
            </w:tcMar>
            <w:vAlign w:val="center"/>
          </w:tcPr>
          <w:p w14:paraId="478174D4" w14:textId="77777777" w:rsidR="00EE6E20" w:rsidRDefault="00000000">
            <w:pPr>
              <w:spacing w:after="0" w:line="240" w:lineRule="auto"/>
            </w:pPr>
            <w:r>
              <w:t>Nom</w:t>
            </w:r>
          </w:p>
        </w:tc>
        <w:tc>
          <w:tcPr>
            <w:tcW w:w="6917"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4C6BB897" w14:textId="77777777" w:rsidR="00EE6E20" w:rsidRDefault="00EE6E20">
            <w:pPr>
              <w:spacing w:after="0" w:line="240" w:lineRule="auto"/>
            </w:pPr>
          </w:p>
        </w:tc>
      </w:tr>
      <w:tr w:rsidR="00EE6E20" w14:paraId="24813EF1" w14:textId="77777777">
        <w:trPr>
          <w:jc w:val="center"/>
        </w:trPr>
        <w:tc>
          <w:tcPr>
            <w:tcW w:w="2891" w:type="dxa"/>
            <w:tcBorders>
              <w:top w:val="single" w:sz="6" w:space="0" w:color="B8B8B8"/>
              <w:left w:val="single" w:sz="6" w:space="0" w:color="B8B8B8"/>
              <w:bottom w:val="single" w:sz="6" w:space="0" w:color="B8B8B8"/>
              <w:right w:val="single" w:sz="6" w:space="0" w:color="B8B8B8"/>
            </w:tcBorders>
            <w:shd w:val="clear" w:color="auto" w:fill="F6F6F6"/>
            <w:tcMar>
              <w:top w:w="55" w:type="dxa"/>
              <w:left w:w="80" w:type="dxa"/>
              <w:bottom w:w="55" w:type="dxa"/>
              <w:right w:w="80" w:type="dxa"/>
            </w:tcMar>
            <w:vAlign w:val="center"/>
          </w:tcPr>
          <w:p w14:paraId="0A028ECE" w14:textId="77777777" w:rsidR="00EE6E20" w:rsidRDefault="00000000">
            <w:pPr>
              <w:spacing w:after="0" w:line="240" w:lineRule="auto"/>
            </w:pPr>
            <w:r>
              <w:t>Rue / numéro</w:t>
            </w:r>
          </w:p>
        </w:tc>
        <w:tc>
          <w:tcPr>
            <w:tcW w:w="6917"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1F2D361A" w14:textId="77777777" w:rsidR="00EE6E20" w:rsidRDefault="00EE6E20">
            <w:pPr>
              <w:spacing w:after="0" w:line="240" w:lineRule="auto"/>
            </w:pPr>
          </w:p>
        </w:tc>
      </w:tr>
      <w:tr w:rsidR="00EE6E20" w14:paraId="350533E8" w14:textId="77777777">
        <w:trPr>
          <w:jc w:val="center"/>
        </w:trPr>
        <w:tc>
          <w:tcPr>
            <w:tcW w:w="2891" w:type="dxa"/>
            <w:tcBorders>
              <w:top w:val="single" w:sz="6" w:space="0" w:color="B8B8B8"/>
              <w:left w:val="single" w:sz="6" w:space="0" w:color="B8B8B8"/>
              <w:bottom w:val="single" w:sz="6" w:space="0" w:color="B8B8B8"/>
              <w:right w:val="single" w:sz="6" w:space="0" w:color="B8B8B8"/>
            </w:tcBorders>
            <w:shd w:val="clear" w:color="auto" w:fill="F6F6F6"/>
            <w:tcMar>
              <w:top w:w="55" w:type="dxa"/>
              <w:left w:w="80" w:type="dxa"/>
              <w:bottom w:w="55" w:type="dxa"/>
              <w:right w:w="80" w:type="dxa"/>
            </w:tcMar>
            <w:vAlign w:val="center"/>
          </w:tcPr>
          <w:p w14:paraId="0D585F92" w14:textId="77777777" w:rsidR="00EE6E20" w:rsidRDefault="00000000">
            <w:pPr>
              <w:spacing w:after="0" w:line="240" w:lineRule="auto"/>
            </w:pPr>
            <w:r>
              <w:t>Code postal, lieu</w:t>
            </w:r>
          </w:p>
        </w:tc>
        <w:tc>
          <w:tcPr>
            <w:tcW w:w="6917"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12572A7A" w14:textId="77777777" w:rsidR="00EE6E20" w:rsidRDefault="00EE6E20">
            <w:pPr>
              <w:spacing w:after="0" w:line="240" w:lineRule="auto"/>
            </w:pPr>
          </w:p>
        </w:tc>
      </w:tr>
      <w:tr w:rsidR="00EE6E20" w14:paraId="435975D2" w14:textId="77777777">
        <w:trPr>
          <w:jc w:val="center"/>
        </w:trPr>
        <w:tc>
          <w:tcPr>
            <w:tcW w:w="2891" w:type="dxa"/>
            <w:tcBorders>
              <w:top w:val="single" w:sz="6" w:space="0" w:color="B8B8B8"/>
              <w:left w:val="single" w:sz="6" w:space="0" w:color="B8B8B8"/>
              <w:bottom w:val="single" w:sz="6" w:space="0" w:color="B8B8B8"/>
              <w:right w:val="single" w:sz="6" w:space="0" w:color="B8B8B8"/>
            </w:tcBorders>
            <w:shd w:val="clear" w:color="auto" w:fill="F6F6F6"/>
            <w:tcMar>
              <w:top w:w="55" w:type="dxa"/>
              <w:left w:w="80" w:type="dxa"/>
              <w:bottom w:w="55" w:type="dxa"/>
              <w:right w:w="80" w:type="dxa"/>
            </w:tcMar>
            <w:vAlign w:val="center"/>
          </w:tcPr>
          <w:p w14:paraId="23A51DDB" w14:textId="77777777" w:rsidR="00EE6E20" w:rsidRDefault="00000000">
            <w:pPr>
              <w:spacing w:after="0" w:line="240" w:lineRule="auto"/>
            </w:pPr>
            <w:r>
              <w:t>Pays</w:t>
            </w:r>
          </w:p>
        </w:tc>
        <w:tc>
          <w:tcPr>
            <w:tcW w:w="6917"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1077147B" w14:textId="77777777" w:rsidR="00EE6E20" w:rsidRDefault="00EE6E20">
            <w:pPr>
              <w:spacing w:after="0" w:line="240" w:lineRule="auto"/>
            </w:pPr>
          </w:p>
        </w:tc>
      </w:tr>
    </w:tbl>
    <w:p w14:paraId="5A09C989" w14:textId="77777777" w:rsidR="00EE6E20" w:rsidRDefault="00000000">
      <w:pPr>
        <w:spacing w:before="200" w:after="40" w:line="252" w:lineRule="auto"/>
      </w:pPr>
      <w:r>
        <w:rPr>
          <w:b/>
          <w:color w:val="202020"/>
          <w:sz w:val="22"/>
        </w:rPr>
        <w:t>02 / Informations générales sur l’offre de cours</w:t>
      </w:r>
    </w:p>
    <w:p w14:paraId="44857B37" w14:textId="77777777" w:rsidR="00EE6E20" w:rsidRDefault="00000000">
      <w:pPr>
        <w:spacing w:after="100" w:line="252" w:lineRule="auto"/>
      </w:pPr>
      <w:r>
        <w:rPr>
          <w:color w:val="202020"/>
        </w:rPr>
        <w:t>Veuillez indiquer tous les instructeurs Pilates qui travaillent dans le studio. Chaque personne doit disposer des qualifications appropriées pour les cours qu’elle enseigne.</w:t>
      </w:r>
    </w:p>
    <w:tbl>
      <w:tblPr>
        <w:tblW w:w="0" w:type="auto"/>
        <w:jc w:val="center"/>
        <w:tblLayout w:type="fixed"/>
        <w:tblLook w:val="04A0" w:firstRow="1" w:lastRow="0" w:firstColumn="1" w:lastColumn="0" w:noHBand="0" w:noVBand="1"/>
      </w:tblPr>
      <w:tblGrid>
        <w:gridCol w:w="10376"/>
      </w:tblGrid>
      <w:tr w:rsidR="00EE6E20" w14:paraId="2F5B094B" w14:textId="77777777" w:rsidTr="00690190">
        <w:trPr>
          <w:jc w:val="center"/>
        </w:trPr>
        <w:tc>
          <w:tcPr>
            <w:tcW w:w="10376" w:type="dxa"/>
            <w:shd w:val="clear" w:color="auto" w:fill="8A1A45"/>
            <w:tcMar>
              <w:top w:w="65" w:type="dxa"/>
              <w:left w:w="100" w:type="dxa"/>
              <w:bottom w:w="65" w:type="dxa"/>
              <w:right w:w="100" w:type="dxa"/>
            </w:tcMar>
          </w:tcPr>
          <w:p w14:paraId="4FD4BCC7" w14:textId="77777777" w:rsidR="00EE6E20" w:rsidRDefault="00000000">
            <w:pPr>
              <w:spacing w:after="0"/>
            </w:pPr>
            <w:r>
              <w:rPr>
                <w:b/>
                <w:color w:val="FFFFFF"/>
                <w:sz w:val="20"/>
              </w:rPr>
              <w:t>Instructeurs Pilates</w:t>
            </w:r>
          </w:p>
        </w:tc>
      </w:tr>
    </w:tbl>
    <w:p w14:paraId="52804468" w14:textId="77777777" w:rsidR="00EE6E20" w:rsidRDefault="00EE6E20">
      <w:pPr>
        <w:spacing w:after="0"/>
      </w:pPr>
    </w:p>
    <w:tbl>
      <w:tblPr>
        <w:tblW w:w="0" w:type="auto"/>
        <w:jc w:val="center"/>
        <w:tblLayout w:type="fixed"/>
        <w:tblLook w:val="04A0" w:firstRow="1" w:lastRow="0" w:firstColumn="1" w:lastColumn="0" w:noHBand="0" w:noVBand="1"/>
      </w:tblPr>
      <w:tblGrid>
        <w:gridCol w:w="454"/>
        <w:gridCol w:w="1474"/>
        <w:gridCol w:w="1474"/>
        <w:gridCol w:w="1984"/>
        <w:gridCol w:w="2494"/>
        <w:gridCol w:w="1928"/>
      </w:tblGrid>
      <w:tr w:rsidR="00EE6E20" w14:paraId="24891183" w14:textId="77777777" w:rsidTr="00690190">
        <w:trPr>
          <w:jc w:val="center"/>
        </w:trPr>
        <w:tc>
          <w:tcPr>
            <w:tcW w:w="454" w:type="dxa"/>
            <w:tcBorders>
              <w:top w:val="single" w:sz="6" w:space="0" w:color="B8B8B8"/>
              <w:left w:val="single" w:sz="6" w:space="0" w:color="B8B8B8"/>
              <w:bottom w:val="single" w:sz="6" w:space="0" w:color="B8B8B8"/>
              <w:right w:val="single" w:sz="6" w:space="0" w:color="B8B8B8"/>
            </w:tcBorders>
            <w:shd w:val="clear" w:color="auto" w:fill="8A1A45"/>
            <w:tcMar>
              <w:top w:w="55" w:type="dxa"/>
              <w:left w:w="80" w:type="dxa"/>
              <w:bottom w:w="55" w:type="dxa"/>
              <w:right w:w="80" w:type="dxa"/>
            </w:tcMar>
            <w:vAlign w:val="center"/>
          </w:tcPr>
          <w:p w14:paraId="1DCD3289" w14:textId="77777777" w:rsidR="00EE6E20" w:rsidRDefault="00000000">
            <w:pPr>
              <w:spacing w:after="0" w:line="240" w:lineRule="auto"/>
            </w:pPr>
            <w:r>
              <w:rPr>
                <w:b/>
                <w:color w:val="FFFFFF"/>
              </w:rPr>
              <w:t>No.</w:t>
            </w:r>
          </w:p>
        </w:tc>
        <w:tc>
          <w:tcPr>
            <w:tcW w:w="1474" w:type="dxa"/>
            <w:tcBorders>
              <w:top w:val="single" w:sz="6" w:space="0" w:color="B8B8B8"/>
              <w:left w:val="single" w:sz="6" w:space="0" w:color="B8B8B8"/>
              <w:bottom w:val="single" w:sz="6" w:space="0" w:color="B8B8B8"/>
              <w:right w:val="single" w:sz="6" w:space="0" w:color="B8B8B8"/>
            </w:tcBorders>
            <w:shd w:val="clear" w:color="auto" w:fill="8A1A45"/>
            <w:tcMar>
              <w:top w:w="55" w:type="dxa"/>
              <w:left w:w="80" w:type="dxa"/>
              <w:bottom w:w="55" w:type="dxa"/>
              <w:right w:w="80" w:type="dxa"/>
            </w:tcMar>
            <w:vAlign w:val="center"/>
          </w:tcPr>
          <w:p w14:paraId="641862B2" w14:textId="77777777" w:rsidR="00EE6E20" w:rsidRDefault="00000000">
            <w:pPr>
              <w:spacing w:after="0" w:line="240" w:lineRule="auto"/>
            </w:pPr>
            <w:r>
              <w:rPr>
                <w:b/>
                <w:color w:val="FFFFFF"/>
              </w:rPr>
              <w:t>Nom</w:t>
            </w:r>
          </w:p>
        </w:tc>
        <w:tc>
          <w:tcPr>
            <w:tcW w:w="1474" w:type="dxa"/>
            <w:tcBorders>
              <w:top w:val="single" w:sz="6" w:space="0" w:color="B8B8B8"/>
              <w:left w:val="single" w:sz="6" w:space="0" w:color="B8B8B8"/>
              <w:bottom w:val="single" w:sz="6" w:space="0" w:color="B8B8B8"/>
              <w:right w:val="single" w:sz="6" w:space="0" w:color="B8B8B8"/>
            </w:tcBorders>
            <w:shd w:val="clear" w:color="auto" w:fill="8A1A45"/>
            <w:tcMar>
              <w:top w:w="55" w:type="dxa"/>
              <w:left w:w="80" w:type="dxa"/>
              <w:bottom w:w="55" w:type="dxa"/>
              <w:right w:w="80" w:type="dxa"/>
            </w:tcMar>
            <w:vAlign w:val="center"/>
          </w:tcPr>
          <w:p w14:paraId="168F37F5" w14:textId="77777777" w:rsidR="00EE6E20" w:rsidRDefault="00000000">
            <w:pPr>
              <w:spacing w:after="0" w:line="240" w:lineRule="auto"/>
            </w:pPr>
            <w:r>
              <w:rPr>
                <w:b/>
                <w:color w:val="FFFFFF"/>
              </w:rPr>
              <w:t>Prénom</w:t>
            </w:r>
          </w:p>
        </w:tc>
        <w:tc>
          <w:tcPr>
            <w:tcW w:w="1984" w:type="dxa"/>
            <w:tcBorders>
              <w:top w:val="single" w:sz="6" w:space="0" w:color="B8B8B8"/>
              <w:left w:val="single" w:sz="6" w:space="0" w:color="B8B8B8"/>
              <w:bottom w:val="single" w:sz="6" w:space="0" w:color="B8B8B8"/>
              <w:right w:val="single" w:sz="6" w:space="0" w:color="B8B8B8"/>
            </w:tcBorders>
            <w:shd w:val="clear" w:color="auto" w:fill="8A1A45"/>
            <w:tcMar>
              <w:top w:w="55" w:type="dxa"/>
              <w:left w:w="80" w:type="dxa"/>
              <w:bottom w:w="55" w:type="dxa"/>
              <w:right w:w="80" w:type="dxa"/>
            </w:tcMar>
            <w:vAlign w:val="center"/>
          </w:tcPr>
          <w:p w14:paraId="0F627E0F" w14:textId="77777777" w:rsidR="00EE6E20" w:rsidRDefault="00000000">
            <w:pPr>
              <w:spacing w:after="0" w:line="240" w:lineRule="auto"/>
            </w:pPr>
            <w:r>
              <w:rPr>
                <w:b/>
                <w:color w:val="FFFFFF"/>
              </w:rPr>
              <w:t>Rue</w:t>
            </w:r>
          </w:p>
        </w:tc>
        <w:tc>
          <w:tcPr>
            <w:tcW w:w="2494" w:type="dxa"/>
            <w:tcBorders>
              <w:top w:val="single" w:sz="6" w:space="0" w:color="B8B8B8"/>
              <w:left w:val="single" w:sz="6" w:space="0" w:color="B8B8B8"/>
              <w:bottom w:val="single" w:sz="6" w:space="0" w:color="B8B8B8"/>
              <w:right w:val="single" w:sz="6" w:space="0" w:color="B8B8B8"/>
            </w:tcBorders>
            <w:shd w:val="clear" w:color="auto" w:fill="8A1A45"/>
            <w:tcMar>
              <w:top w:w="55" w:type="dxa"/>
              <w:left w:w="80" w:type="dxa"/>
              <w:bottom w:w="55" w:type="dxa"/>
              <w:right w:w="80" w:type="dxa"/>
            </w:tcMar>
            <w:vAlign w:val="center"/>
          </w:tcPr>
          <w:p w14:paraId="508AC6F0" w14:textId="77777777" w:rsidR="00EE6E20" w:rsidRDefault="00000000">
            <w:pPr>
              <w:spacing w:after="0" w:line="240" w:lineRule="auto"/>
            </w:pPr>
            <w:r>
              <w:rPr>
                <w:b/>
                <w:color w:val="FFFFFF"/>
              </w:rPr>
              <w:t>Code postal, lieu</w:t>
            </w:r>
          </w:p>
        </w:tc>
        <w:tc>
          <w:tcPr>
            <w:tcW w:w="1928" w:type="dxa"/>
            <w:tcBorders>
              <w:top w:val="single" w:sz="6" w:space="0" w:color="B8B8B8"/>
              <w:left w:val="single" w:sz="6" w:space="0" w:color="B8B8B8"/>
              <w:bottom w:val="single" w:sz="6" w:space="0" w:color="B8B8B8"/>
              <w:right w:val="single" w:sz="6" w:space="0" w:color="B8B8B8"/>
            </w:tcBorders>
            <w:shd w:val="clear" w:color="auto" w:fill="8A1A45"/>
            <w:tcMar>
              <w:top w:w="55" w:type="dxa"/>
              <w:left w:w="80" w:type="dxa"/>
              <w:bottom w:w="55" w:type="dxa"/>
              <w:right w:w="80" w:type="dxa"/>
            </w:tcMar>
            <w:vAlign w:val="center"/>
          </w:tcPr>
          <w:p w14:paraId="76FEB595" w14:textId="77777777" w:rsidR="00EE6E20" w:rsidRDefault="00000000">
            <w:pPr>
              <w:spacing w:after="0" w:line="240" w:lineRule="auto"/>
            </w:pPr>
            <w:r>
              <w:rPr>
                <w:b/>
                <w:color w:val="FFFFFF"/>
              </w:rPr>
              <w:t>Date de naissance</w:t>
            </w:r>
          </w:p>
        </w:tc>
      </w:tr>
      <w:tr w:rsidR="00EE6E20" w14:paraId="7A24B54C" w14:textId="77777777">
        <w:trPr>
          <w:jc w:val="center"/>
        </w:trPr>
        <w:tc>
          <w:tcPr>
            <w:tcW w:w="45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39719626" w14:textId="77777777" w:rsidR="00EE6E20" w:rsidRDefault="00000000">
            <w:pPr>
              <w:spacing w:after="0" w:line="240" w:lineRule="auto"/>
            </w:pPr>
            <w:r>
              <w:t>1</w:t>
            </w:r>
          </w:p>
        </w:tc>
        <w:tc>
          <w:tcPr>
            <w:tcW w:w="147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5599F530" w14:textId="77777777" w:rsidR="00EE6E20" w:rsidRDefault="00EE6E20">
            <w:pPr>
              <w:spacing w:after="0" w:line="240" w:lineRule="auto"/>
            </w:pPr>
          </w:p>
        </w:tc>
        <w:tc>
          <w:tcPr>
            <w:tcW w:w="147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0E6013EC" w14:textId="77777777" w:rsidR="00EE6E20" w:rsidRDefault="00EE6E20">
            <w:pPr>
              <w:spacing w:after="0" w:line="240" w:lineRule="auto"/>
            </w:pPr>
          </w:p>
        </w:tc>
        <w:tc>
          <w:tcPr>
            <w:tcW w:w="198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16E90447" w14:textId="77777777" w:rsidR="00EE6E20" w:rsidRDefault="00EE6E20">
            <w:pPr>
              <w:spacing w:after="0" w:line="240" w:lineRule="auto"/>
            </w:pPr>
          </w:p>
        </w:tc>
        <w:tc>
          <w:tcPr>
            <w:tcW w:w="249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0455CC79" w14:textId="77777777" w:rsidR="00EE6E20" w:rsidRDefault="00EE6E20">
            <w:pPr>
              <w:spacing w:after="0" w:line="240" w:lineRule="auto"/>
            </w:pPr>
          </w:p>
        </w:tc>
        <w:tc>
          <w:tcPr>
            <w:tcW w:w="1928"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6A91E5AB" w14:textId="77777777" w:rsidR="00EE6E20" w:rsidRDefault="00EE6E20">
            <w:pPr>
              <w:spacing w:after="0" w:line="240" w:lineRule="auto"/>
            </w:pPr>
          </w:p>
        </w:tc>
      </w:tr>
      <w:tr w:rsidR="00EE6E20" w14:paraId="0DC82C59" w14:textId="77777777">
        <w:trPr>
          <w:jc w:val="center"/>
        </w:trPr>
        <w:tc>
          <w:tcPr>
            <w:tcW w:w="45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6D4C1F31" w14:textId="77777777" w:rsidR="00EE6E20" w:rsidRDefault="00000000">
            <w:pPr>
              <w:spacing w:after="0" w:line="240" w:lineRule="auto"/>
            </w:pPr>
            <w:r>
              <w:t>2</w:t>
            </w:r>
          </w:p>
        </w:tc>
        <w:tc>
          <w:tcPr>
            <w:tcW w:w="147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1C557AF0" w14:textId="77777777" w:rsidR="00EE6E20" w:rsidRDefault="00EE6E20">
            <w:pPr>
              <w:spacing w:after="0" w:line="240" w:lineRule="auto"/>
            </w:pPr>
          </w:p>
        </w:tc>
        <w:tc>
          <w:tcPr>
            <w:tcW w:w="147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1659FE77" w14:textId="77777777" w:rsidR="00EE6E20" w:rsidRDefault="00EE6E20">
            <w:pPr>
              <w:spacing w:after="0" w:line="240" w:lineRule="auto"/>
            </w:pPr>
          </w:p>
        </w:tc>
        <w:tc>
          <w:tcPr>
            <w:tcW w:w="198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1583D454" w14:textId="77777777" w:rsidR="00EE6E20" w:rsidRDefault="00EE6E20">
            <w:pPr>
              <w:spacing w:after="0" w:line="240" w:lineRule="auto"/>
            </w:pPr>
          </w:p>
        </w:tc>
        <w:tc>
          <w:tcPr>
            <w:tcW w:w="249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7D755DB9" w14:textId="77777777" w:rsidR="00EE6E20" w:rsidRDefault="00EE6E20">
            <w:pPr>
              <w:spacing w:after="0" w:line="240" w:lineRule="auto"/>
            </w:pPr>
          </w:p>
        </w:tc>
        <w:tc>
          <w:tcPr>
            <w:tcW w:w="1928"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1A997FCA" w14:textId="77777777" w:rsidR="00EE6E20" w:rsidRDefault="00EE6E20">
            <w:pPr>
              <w:spacing w:after="0" w:line="240" w:lineRule="auto"/>
            </w:pPr>
          </w:p>
        </w:tc>
      </w:tr>
      <w:tr w:rsidR="00EE6E20" w14:paraId="676BF589" w14:textId="77777777">
        <w:trPr>
          <w:jc w:val="center"/>
        </w:trPr>
        <w:tc>
          <w:tcPr>
            <w:tcW w:w="45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5359FC24" w14:textId="77777777" w:rsidR="00EE6E20" w:rsidRDefault="00000000">
            <w:pPr>
              <w:spacing w:after="0" w:line="240" w:lineRule="auto"/>
            </w:pPr>
            <w:r>
              <w:t>3</w:t>
            </w:r>
          </w:p>
        </w:tc>
        <w:tc>
          <w:tcPr>
            <w:tcW w:w="147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3E2AD88E" w14:textId="77777777" w:rsidR="00EE6E20" w:rsidRDefault="00EE6E20">
            <w:pPr>
              <w:spacing w:after="0" w:line="240" w:lineRule="auto"/>
            </w:pPr>
          </w:p>
        </w:tc>
        <w:tc>
          <w:tcPr>
            <w:tcW w:w="147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0CC29382" w14:textId="77777777" w:rsidR="00EE6E20" w:rsidRDefault="00EE6E20">
            <w:pPr>
              <w:spacing w:after="0" w:line="240" w:lineRule="auto"/>
            </w:pPr>
          </w:p>
        </w:tc>
        <w:tc>
          <w:tcPr>
            <w:tcW w:w="198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1FA1A67D" w14:textId="77777777" w:rsidR="00EE6E20" w:rsidRDefault="00EE6E20">
            <w:pPr>
              <w:spacing w:after="0" w:line="240" w:lineRule="auto"/>
            </w:pPr>
          </w:p>
        </w:tc>
        <w:tc>
          <w:tcPr>
            <w:tcW w:w="249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177CCF19" w14:textId="77777777" w:rsidR="00EE6E20" w:rsidRDefault="00EE6E20">
            <w:pPr>
              <w:spacing w:after="0" w:line="240" w:lineRule="auto"/>
            </w:pPr>
          </w:p>
        </w:tc>
        <w:tc>
          <w:tcPr>
            <w:tcW w:w="1928"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2A21A2B6" w14:textId="77777777" w:rsidR="00EE6E20" w:rsidRDefault="00EE6E20">
            <w:pPr>
              <w:spacing w:after="0" w:line="240" w:lineRule="auto"/>
            </w:pPr>
          </w:p>
        </w:tc>
      </w:tr>
      <w:tr w:rsidR="00EE6E20" w14:paraId="12D16F0B" w14:textId="77777777">
        <w:trPr>
          <w:jc w:val="center"/>
        </w:trPr>
        <w:tc>
          <w:tcPr>
            <w:tcW w:w="45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33B7654F" w14:textId="77777777" w:rsidR="00EE6E20" w:rsidRDefault="00000000">
            <w:pPr>
              <w:spacing w:after="0" w:line="240" w:lineRule="auto"/>
            </w:pPr>
            <w:r>
              <w:t>4</w:t>
            </w:r>
          </w:p>
        </w:tc>
        <w:tc>
          <w:tcPr>
            <w:tcW w:w="147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1DB647B1" w14:textId="77777777" w:rsidR="00EE6E20" w:rsidRDefault="00EE6E20">
            <w:pPr>
              <w:spacing w:after="0" w:line="240" w:lineRule="auto"/>
            </w:pPr>
          </w:p>
        </w:tc>
        <w:tc>
          <w:tcPr>
            <w:tcW w:w="147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74E9096B" w14:textId="77777777" w:rsidR="00EE6E20" w:rsidRDefault="00EE6E20">
            <w:pPr>
              <w:spacing w:after="0" w:line="240" w:lineRule="auto"/>
            </w:pPr>
          </w:p>
        </w:tc>
        <w:tc>
          <w:tcPr>
            <w:tcW w:w="198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2B1B4FF3" w14:textId="77777777" w:rsidR="00EE6E20" w:rsidRDefault="00EE6E20">
            <w:pPr>
              <w:spacing w:after="0" w:line="240" w:lineRule="auto"/>
            </w:pPr>
          </w:p>
        </w:tc>
        <w:tc>
          <w:tcPr>
            <w:tcW w:w="249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51D6DD57" w14:textId="77777777" w:rsidR="00EE6E20" w:rsidRDefault="00EE6E20">
            <w:pPr>
              <w:spacing w:after="0" w:line="240" w:lineRule="auto"/>
            </w:pPr>
          </w:p>
        </w:tc>
        <w:tc>
          <w:tcPr>
            <w:tcW w:w="1928"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3AF6380F" w14:textId="77777777" w:rsidR="00EE6E20" w:rsidRDefault="00EE6E20">
            <w:pPr>
              <w:spacing w:after="0" w:line="240" w:lineRule="auto"/>
            </w:pPr>
          </w:p>
        </w:tc>
      </w:tr>
      <w:tr w:rsidR="00EE6E20" w14:paraId="3A3E0AC9" w14:textId="77777777">
        <w:trPr>
          <w:jc w:val="center"/>
        </w:trPr>
        <w:tc>
          <w:tcPr>
            <w:tcW w:w="45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079DB970" w14:textId="77777777" w:rsidR="00EE6E20" w:rsidRDefault="00000000">
            <w:pPr>
              <w:spacing w:after="0" w:line="240" w:lineRule="auto"/>
            </w:pPr>
            <w:r>
              <w:t>5</w:t>
            </w:r>
          </w:p>
        </w:tc>
        <w:tc>
          <w:tcPr>
            <w:tcW w:w="147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48DFB941" w14:textId="77777777" w:rsidR="00EE6E20" w:rsidRDefault="00EE6E20">
            <w:pPr>
              <w:spacing w:after="0" w:line="240" w:lineRule="auto"/>
            </w:pPr>
          </w:p>
        </w:tc>
        <w:tc>
          <w:tcPr>
            <w:tcW w:w="147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49D2DBF6" w14:textId="77777777" w:rsidR="00EE6E20" w:rsidRDefault="00EE6E20">
            <w:pPr>
              <w:spacing w:after="0" w:line="240" w:lineRule="auto"/>
            </w:pPr>
          </w:p>
        </w:tc>
        <w:tc>
          <w:tcPr>
            <w:tcW w:w="198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394D550B" w14:textId="77777777" w:rsidR="00EE6E20" w:rsidRDefault="00EE6E20">
            <w:pPr>
              <w:spacing w:after="0" w:line="240" w:lineRule="auto"/>
            </w:pPr>
          </w:p>
        </w:tc>
        <w:tc>
          <w:tcPr>
            <w:tcW w:w="2494"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66C45751" w14:textId="77777777" w:rsidR="00EE6E20" w:rsidRDefault="00EE6E20">
            <w:pPr>
              <w:spacing w:after="0" w:line="240" w:lineRule="auto"/>
            </w:pPr>
          </w:p>
        </w:tc>
        <w:tc>
          <w:tcPr>
            <w:tcW w:w="1928" w:type="dxa"/>
            <w:tcBorders>
              <w:top w:val="single" w:sz="6" w:space="0" w:color="B8B8B8"/>
              <w:left w:val="single" w:sz="6" w:space="0" w:color="B8B8B8"/>
              <w:bottom w:val="single" w:sz="6" w:space="0" w:color="B8B8B8"/>
              <w:right w:val="single" w:sz="6" w:space="0" w:color="B8B8B8"/>
            </w:tcBorders>
            <w:tcMar>
              <w:top w:w="55" w:type="dxa"/>
              <w:left w:w="80" w:type="dxa"/>
              <w:bottom w:w="55" w:type="dxa"/>
              <w:right w:w="80" w:type="dxa"/>
            </w:tcMar>
            <w:vAlign w:val="center"/>
          </w:tcPr>
          <w:p w14:paraId="1556B3D7" w14:textId="77777777" w:rsidR="00EE6E20" w:rsidRDefault="00EE6E20">
            <w:pPr>
              <w:spacing w:after="0" w:line="240" w:lineRule="auto"/>
            </w:pPr>
          </w:p>
        </w:tc>
      </w:tr>
    </w:tbl>
    <w:p w14:paraId="79308606" w14:textId="77777777" w:rsidR="00EE6E20" w:rsidRDefault="00000000">
      <w:r>
        <w:br w:type="page"/>
      </w:r>
    </w:p>
    <w:p w14:paraId="55929F8C" w14:textId="77777777" w:rsidR="00EE6E20" w:rsidRDefault="00000000">
      <w:pPr>
        <w:spacing w:after="120" w:line="252" w:lineRule="auto"/>
      </w:pPr>
      <w:r>
        <w:rPr>
          <w:color w:val="202020"/>
        </w:rPr>
        <w:lastRenderedPageBreak/>
        <w:t>Veuillez indiquer les cours Pilates actuellement proposés. Dans la colonne « No. instructeur », inscrivez le numéro de la personne qui enseigne le cours. Une même personne peut enseigner plusieurs cours.</w:t>
      </w:r>
    </w:p>
    <w:tbl>
      <w:tblPr>
        <w:tblW w:w="0" w:type="auto"/>
        <w:jc w:val="center"/>
        <w:tblLayout w:type="fixed"/>
        <w:tblLook w:val="04A0" w:firstRow="1" w:lastRow="0" w:firstColumn="1" w:lastColumn="0" w:noHBand="0" w:noVBand="1"/>
      </w:tblPr>
      <w:tblGrid>
        <w:gridCol w:w="10376"/>
      </w:tblGrid>
      <w:tr w:rsidR="00EE6E20" w14:paraId="0B910988" w14:textId="77777777" w:rsidTr="00690190">
        <w:trPr>
          <w:jc w:val="center"/>
        </w:trPr>
        <w:tc>
          <w:tcPr>
            <w:tcW w:w="10376" w:type="dxa"/>
            <w:shd w:val="clear" w:color="auto" w:fill="8A1A45"/>
            <w:tcMar>
              <w:top w:w="65" w:type="dxa"/>
              <w:left w:w="100" w:type="dxa"/>
              <w:bottom w:w="65" w:type="dxa"/>
              <w:right w:w="100" w:type="dxa"/>
            </w:tcMar>
          </w:tcPr>
          <w:p w14:paraId="74FF9200" w14:textId="77777777" w:rsidR="00EE6E20" w:rsidRDefault="00000000">
            <w:pPr>
              <w:spacing w:after="0"/>
            </w:pPr>
            <w:r>
              <w:rPr>
                <w:b/>
                <w:color w:val="FFFFFF"/>
                <w:sz w:val="20"/>
              </w:rPr>
              <w:t>Offre de cours</w:t>
            </w:r>
          </w:p>
        </w:tc>
      </w:tr>
    </w:tbl>
    <w:p w14:paraId="56275FE0" w14:textId="77777777" w:rsidR="00EE6E20" w:rsidRDefault="00EE6E20">
      <w:pPr>
        <w:spacing w:after="0"/>
      </w:pPr>
    </w:p>
    <w:tbl>
      <w:tblPr>
        <w:tblW w:w="0" w:type="auto"/>
        <w:jc w:val="center"/>
        <w:tblLayout w:type="fixed"/>
        <w:tblLook w:val="04A0" w:firstRow="1" w:lastRow="0" w:firstColumn="1" w:lastColumn="0" w:noHBand="0" w:noVBand="1"/>
      </w:tblPr>
      <w:tblGrid>
        <w:gridCol w:w="2948"/>
        <w:gridCol w:w="5443"/>
        <w:gridCol w:w="1417"/>
      </w:tblGrid>
      <w:tr w:rsidR="00EE6E20" w14:paraId="3B21EBBA" w14:textId="77777777" w:rsidTr="00690190">
        <w:trPr>
          <w:jc w:val="center"/>
        </w:trPr>
        <w:tc>
          <w:tcPr>
            <w:tcW w:w="2948" w:type="dxa"/>
            <w:tcBorders>
              <w:top w:val="single" w:sz="6" w:space="0" w:color="B8B8B8"/>
              <w:left w:val="single" w:sz="6" w:space="0" w:color="B8B8B8"/>
              <w:bottom w:val="single" w:sz="6" w:space="0" w:color="B8B8B8"/>
              <w:right w:val="single" w:sz="6" w:space="0" w:color="B8B8B8"/>
            </w:tcBorders>
            <w:shd w:val="clear" w:color="auto" w:fill="8A1A45"/>
            <w:tcMar>
              <w:top w:w="80" w:type="dxa"/>
              <w:left w:w="80" w:type="dxa"/>
              <w:bottom w:w="80" w:type="dxa"/>
              <w:right w:w="80" w:type="dxa"/>
            </w:tcMar>
            <w:vAlign w:val="center"/>
          </w:tcPr>
          <w:p w14:paraId="3F95FA6D" w14:textId="77777777" w:rsidR="00EE6E20" w:rsidRDefault="00000000">
            <w:pPr>
              <w:spacing w:after="0" w:line="240" w:lineRule="auto"/>
            </w:pPr>
            <w:r>
              <w:rPr>
                <w:b/>
                <w:color w:val="FFFFFF"/>
              </w:rPr>
              <w:t>Domaine</w:t>
            </w:r>
          </w:p>
        </w:tc>
        <w:tc>
          <w:tcPr>
            <w:tcW w:w="5443" w:type="dxa"/>
            <w:tcBorders>
              <w:top w:val="single" w:sz="6" w:space="0" w:color="B8B8B8"/>
              <w:left w:val="single" w:sz="6" w:space="0" w:color="B8B8B8"/>
              <w:bottom w:val="single" w:sz="6" w:space="0" w:color="B8B8B8"/>
              <w:right w:val="single" w:sz="6" w:space="0" w:color="B8B8B8"/>
            </w:tcBorders>
            <w:shd w:val="clear" w:color="auto" w:fill="8A1A45"/>
            <w:tcMar>
              <w:top w:w="80" w:type="dxa"/>
              <w:left w:w="80" w:type="dxa"/>
              <w:bottom w:w="80" w:type="dxa"/>
              <w:right w:w="80" w:type="dxa"/>
            </w:tcMar>
            <w:vAlign w:val="center"/>
          </w:tcPr>
          <w:p w14:paraId="77B51092" w14:textId="77777777" w:rsidR="00EE6E20" w:rsidRDefault="00000000">
            <w:pPr>
              <w:spacing w:after="0" w:line="240" w:lineRule="auto"/>
            </w:pPr>
            <w:r>
              <w:rPr>
                <w:b/>
                <w:color w:val="FFFFFF"/>
              </w:rPr>
              <w:t>Titre du cours</w:t>
            </w:r>
          </w:p>
        </w:tc>
        <w:tc>
          <w:tcPr>
            <w:tcW w:w="1417" w:type="dxa"/>
            <w:tcBorders>
              <w:top w:val="single" w:sz="6" w:space="0" w:color="B8B8B8"/>
              <w:left w:val="single" w:sz="6" w:space="0" w:color="B8B8B8"/>
              <w:bottom w:val="single" w:sz="6" w:space="0" w:color="B8B8B8"/>
              <w:right w:val="single" w:sz="6" w:space="0" w:color="B8B8B8"/>
            </w:tcBorders>
            <w:shd w:val="clear" w:color="auto" w:fill="8A1A45"/>
            <w:tcMar>
              <w:top w:w="80" w:type="dxa"/>
              <w:left w:w="80" w:type="dxa"/>
              <w:bottom w:w="80" w:type="dxa"/>
              <w:right w:w="80" w:type="dxa"/>
            </w:tcMar>
            <w:vAlign w:val="center"/>
          </w:tcPr>
          <w:p w14:paraId="78499D3B" w14:textId="77777777" w:rsidR="00EE6E20" w:rsidRDefault="00000000">
            <w:pPr>
              <w:spacing w:after="0" w:line="240" w:lineRule="auto"/>
            </w:pPr>
            <w:r>
              <w:rPr>
                <w:b/>
                <w:color w:val="FFFFFF"/>
              </w:rPr>
              <w:t>No. instructeur</w:t>
            </w:r>
          </w:p>
        </w:tc>
      </w:tr>
      <w:tr w:rsidR="00EE6E20" w14:paraId="0E871B97" w14:textId="77777777">
        <w:trPr>
          <w:jc w:val="center"/>
        </w:trPr>
        <w:tc>
          <w:tcPr>
            <w:tcW w:w="2948" w:type="dxa"/>
            <w:tcBorders>
              <w:top w:val="single" w:sz="6" w:space="0" w:color="B8B8B8"/>
              <w:left w:val="single" w:sz="6" w:space="0" w:color="B8B8B8"/>
              <w:bottom w:val="single" w:sz="6" w:space="0" w:color="B8B8B8"/>
              <w:right w:val="single" w:sz="6" w:space="0" w:color="B8B8B8"/>
            </w:tcBorders>
            <w:tcMar>
              <w:top w:w="80" w:type="dxa"/>
              <w:left w:w="80" w:type="dxa"/>
              <w:bottom w:w="80" w:type="dxa"/>
              <w:right w:w="80" w:type="dxa"/>
            </w:tcMar>
            <w:vAlign w:val="center"/>
          </w:tcPr>
          <w:p w14:paraId="1F5D0BD3" w14:textId="77777777" w:rsidR="00EE6E20" w:rsidRDefault="00000000">
            <w:pPr>
              <w:spacing w:after="0" w:line="240" w:lineRule="auto"/>
            </w:pPr>
            <w:r>
              <w:t>Pilates</w:t>
            </w:r>
          </w:p>
        </w:tc>
        <w:tc>
          <w:tcPr>
            <w:tcW w:w="5443" w:type="dxa"/>
            <w:tcBorders>
              <w:top w:val="single" w:sz="6" w:space="0" w:color="B8B8B8"/>
              <w:left w:val="single" w:sz="6" w:space="0" w:color="B8B8B8"/>
              <w:bottom w:val="single" w:sz="6" w:space="0" w:color="B8B8B8"/>
              <w:right w:val="single" w:sz="6" w:space="0" w:color="B8B8B8"/>
            </w:tcBorders>
            <w:tcMar>
              <w:top w:w="80" w:type="dxa"/>
              <w:left w:w="80" w:type="dxa"/>
              <w:bottom w:w="80" w:type="dxa"/>
              <w:right w:w="80" w:type="dxa"/>
            </w:tcMar>
            <w:vAlign w:val="center"/>
          </w:tcPr>
          <w:p w14:paraId="4F9B5B8B" w14:textId="77777777" w:rsidR="00EE6E20" w:rsidRDefault="00EE6E20">
            <w:pPr>
              <w:spacing w:after="0" w:line="240" w:lineRule="auto"/>
            </w:pPr>
          </w:p>
        </w:tc>
        <w:tc>
          <w:tcPr>
            <w:tcW w:w="1417" w:type="dxa"/>
            <w:tcBorders>
              <w:top w:val="single" w:sz="6" w:space="0" w:color="B8B8B8"/>
              <w:left w:val="single" w:sz="6" w:space="0" w:color="B8B8B8"/>
              <w:bottom w:val="single" w:sz="6" w:space="0" w:color="B8B8B8"/>
              <w:right w:val="single" w:sz="6" w:space="0" w:color="B8B8B8"/>
            </w:tcBorders>
            <w:tcMar>
              <w:top w:w="80" w:type="dxa"/>
              <w:left w:w="80" w:type="dxa"/>
              <w:bottom w:w="80" w:type="dxa"/>
              <w:right w:w="80" w:type="dxa"/>
            </w:tcMar>
            <w:vAlign w:val="center"/>
          </w:tcPr>
          <w:p w14:paraId="1613BEB0" w14:textId="77777777" w:rsidR="00EE6E20" w:rsidRDefault="00EE6E20">
            <w:pPr>
              <w:spacing w:after="0" w:line="240" w:lineRule="auto"/>
            </w:pPr>
          </w:p>
        </w:tc>
      </w:tr>
      <w:tr w:rsidR="00EE6E20" w14:paraId="6A57D9AE" w14:textId="77777777">
        <w:trPr>
          <w:jc w:val="center"/>
        </w:trPr>
        <w:tc>
          <w:tcPr>
            <w:tcW w:w="2948" w:type="dxa"/>
            <w:tcBorders>
              <w:top w:val="single" w:sz="6" w:space="0" w:color="B8B8B8"/>
              <w:left w:val="single" w:sz="6" w:space="0" w:color="B8B8B8"/>
              <w:bottom w:val="single" w:sz="6" w:space="0" w:color="B8B8B8"/>
              <w:right w:val="single" w:sz="6" w:space="0" w:color="B8B8B8"/>
            </w:tcBorders>
            <w:tcMar>
              <w:top w:w="80" w:type="dxa"/>
              <w:left w:w="80" w:type="dxa"/>
              <w:bottom w:w="80" w:type="dxa"/>
              <w:right w:w="80" w:type="dxa"/>
            </w:tcMar>
            <w:vAlign w:val="center"/>
          </w:tcPr>
          <w:p w14:paraId="703A256D" w14:textId="77777777" w:rsidR="00EE6E20" w:rsidRDefault="00000000">
            <w:pPr>
              <w:spacing w:after="0" w:line="240" w:lineRule="auto"/>
            </w:pPr>
            <w:r>
              <w:t>Pilates</w:t>
            </w:r>
          </w:p>
        </w:tc>
        <w:tc>
          <w:tcPr>
            <w:tcW w:w="5443" w:type="dxa"/>
            <w:tcBorders>
              <w:top w:val="single" w:sz="6" w:space="0" w:color="B8B8B8"/>
              <w:left w:val="single" w:sz="6" w:space="0" w:color="B8B8B8"/>
              <w:bottom w:val="single" w:sz="6" w:space="0" w:color="B8B8B8"/>
              <w:right w:val="single" w:sz="6" w:space="0" w:color="B8B8B8"/>
            </w:tcBorders>
            <w:tcMar>
              <w:top w:w="80" w:type="dxa"/>
              <w:left w:w="80" w:type="dxa"/>
              <w:bottom w:w="80" w:type="dxa"/>
              <w:right w:w="80" w:type="dxa"/>
            </w:tcMar>
            <w:vAlign w:val="center"/>
          </w:tcPr>
          <w:p w14:paraId="01BAC1EF" w14:textId="77777777" w:rsidR="00EE6E20" w:rsidRDefault="00EE6E20">
            <w:pPr>
              <w:spacing w:after="0" w:line="240" w:lineRule="auto"/>
            </w:pPr>
          </w:p>
        </w:tc>
        <w:tc>
          <w:tcPr>
            <w:tcW w:w="1417" w:type="dxa"/>
            <w:tcBorders>
              <w:top w:val="single" w:sz="6" w:space="0" w:color="B8B8B8"/>
              <w:left w:val="single" w:sz="6" w:space="0" w:color="B8B8B8"/>
              <w:bottom w:val="single" w:sz="6" w:space="0" w:color="B8B8B8"/>
              <w:right w:val="single" w:sz="6" w:space="0" w:color="B8B8B8"/>
            </w:tcBorders>
            <w:tcMar>
              <w:top w:w="80" w:type="dxa"/>
              <w:left w:w="80" w:type="dxa"/>
              <w:bottom w:w="80" w:type="dxa"/>
              <w:right w:w="80" w:type="dxa"/>
            </w:tcMar>
            <w:vAlign w:val="center"/>
          </w:tcPr>
          <w:p w14:paraId="74AEA0B3" w14:textId="77777777" w:rsidR="00EE6E20" w:rsidRDefault="00EE6E20">
            <w:pPr>
              <w:spacing w:after="0" w:line="240" w:lineRule="auto"/>
            </w:pPr>
          </w:p>
        </w:tc>
      </w:tr>
      <w:tr w:rsidR="00EE6E20" w14:paraId="05703C7F" w14:textId="77777777">
        <w:trPr>
          <w:jc w:val="center"/>
        </w:trPr>
        <w:tc>
          <w:tcPr>
            <w:tcW w:w="2948" w:type="dxa"/>
            <w:tcBorders>
              <w:top w:val="single" w:sz="6" w:space="0" w:color="B8B8B8"/>
              <w:left w:val="single" w:sz="6" w:space="0" w:color="B8B8B8"/>
              <w:bottom w:val="single" w:sz="6" w:space="0" w:color="B8B8B8"/>
              <w:right w:val="single" w:sz="6" w:space="0" w:color="B8B8B8"/>
            </w:tcBorders>
            <w:tcMar>
              <w:top w:w="80" w:type="dxa"/>
              <w:left w:w="80" w:type="dxa"/>
              <w:bottom w:w="80" w:type="dxa"/>
              <w:right w:w="80" w:type="dxa"/>
            </w:tcMar>
            <w:vAlign w:val="center"/>
          </w:tcPr>
          <w:p w14:paraId="4746D349" w14:textId="77777777" w:rsidR="00EE6E20" w:rsidRDefault="00EE6E20">
            <w:pPr>
              <w:spacing w:after="0" w:line="240" w:lineRule="auto"/>
            </w:pPr>
          </w:p>
        </w:tc>
        <w:tc>
          <w:tcPr>
            <w:tcW w:w="5443" w:type="dxa"/>
            <w:tcBorders>
              <w:top w:val="single" w:sz="6" w:space="0" w:color="B8B8B8"/>
              <w:left w:val="single" w:sz="6" w:space="0" w:color="B8B8B8"/>
              <w:bottom w:val="single" w:sz="6" w:space="0" w:color="B8B8B8"/>
              <w:right w:val="single" w:sz="6" w:space="0" w:color="B8B8B8"/>
            </w:tcBorders>
            <w:tcMar>
              <w:top w:w="80" w:type="dxa"/>
              <w:left w:w="80" w:type="dxa"/>
              <w:bottom w:w="80" w:type="dxa"/>
              <w:right w:w="80" w:type="dxa"/>
            </w:tcMar>
            <w:vAlign w:val="center"/>
          </w:tcPr>
          <w:p w14:paraId="032460A7" w14:textId="77777777" w:rsidR="00EE6E20" w:rsidRDefault="00EE6E20">
            <w:pPr>
              <w:spacing w:after="0" w:line="240" w:lineRule="auto"/>
            </w:pPr>
          </w:p>
        </w:tc>
        <w:tc>
          <w:tcPr>
            <w:tcW w:w="1417" w:type="dxa"/>
            <w:tcBorders>
              <w:top w:val="single" w:sz="6" w:space="0" w:color="B8B8B8"/>
              <w:left w:val="single" w:sz="6" w:space="0" w:color="B8B8B8"/>
              <w:bottom w:val="single" w:sz="6" w:space="0" w:color="B8B8B8"/>
              <w:right w:val="single" w:sz="6" w:space="0" w:color="B8B8B8"/>
            </w:tcBorders>
            <w:tcMar>
              <w:top w:w="80" w:type="dxa"/>
              <w:left w:w="80" w:type="dxa"/>
              <w:bottom w:w="80" w:type="dxa"/>
              <w:right w:w="80" w:type="dxa"/>
            </w:tcMar>
            <w:vAlign w:val="center"/>
          </w:tcPr>
          <w:p w14:paraId="259CA4EF" w14:textId="77777777" w:rsidR="00EE6E20" w:rsidRDefault="00EE6E20">
            <w:pPr>
              <w:spacing w:after="0" w:line="240" w:lineRule="auto"/>
            </w:pPr>
          </w:p>
        </w:tc>
      </w:tr>
      <w:tr w:rsidR="00EE6E20" w14:paraId="08B9A60A" w14:textId="77777777">
        <w:trPr>
          <w:jc w:val="center"/>
        </w:trPr>
        <w:tc>
          <w:tcPr>
            <w:tcW w:w="2948" w:type="dxa"/>
            <w:tcBorders>
              <w:top w:val="single" w:sz="6" w:space="0" w:color="B8B8B8"/>
              <w:left w:val="single" w:sz="6" w:space="0" w:color="B8B8B8"/>
              <w:bottom w:val="single" w:sz="6" w:space="0" w:color="B8B8B8"/>
              <w:right w:val="single" w:sz="6" w:space="0" w:color="B8B8B8"/>
            </w:tcBorders>
            <w:tcMar>
              <w:top w:w="80" w:type="dxa"/>
              <w:left w:w="80" w:type="dxa"/>
              <w:bottom w:w="80" w:type="dxa"/>
              <w:right w:w="80" w:type="dxa"/>
            </w:tcMar>
            <w:vAlign w:val="center"/>
          </w:tcPr>
          <w:p w14:paraId="3DCD8C2F" w14:textId="77777777" w:rsidR="00EE6E20" w:rsidRDefault="00EE6E20">
            <w:pPr>
              <w:spacing w:after="0" w:line="240" w:lineRule="auto"/>
            </w:pPr>
          </w:p>
        </w:tc>
        <w:tc>
          <w:tcPr>
            <w:tcW w:w="5443" w:type="dxa"/>
            <w:tcBorders>
              <w:top w:val="single" w:sz="6" w:space="0" w:color="B8B8B8"/>
              <w:left w:val="single" w:sz="6" w:space="0" w:color="B8B8B8"/>
              <w:bottom w:val="single" w:sz="6" w:space="0" w:color="B8B8B8"/>
              <w:right w:val="single" w:sz="6" w:space="0" w:color="B8B8B8"/>
            </w:tcBorders>
            <w:tcMar>
              <w:top w:w="80" w:type="dxa"/>
              <w:left w:w="80" w:type="dxa"/>
              <w:bottom w:w="80" w:type="dxa"/>
              <w:right w:w="80" w:type="dxa"/>
            </w:tcMar>
            <w:vAlign w:val="center"/>
          </w:tcPr>
          <w:p w14:paraId="1187BBD2" w14:textId="77777777" w:rsidR="00EE6E20" w:rsidRDefault="00EE6E20">
            <w:pPr>
              <w:spacing w:after="0" w:line="240" w:lineRule="auto"/>
            </w:pPr>
          </w:p>
        </w:tc>
        <w:tc>
          <w:tcPr>
            <w:tcW w:w="1417" w:type="dxa"/>
            <w:tcBorders>
              <w:top w:val="single" w:sz="6" w:space="0" w:color="B8B8B8"/>
              <w:left w:val="single" w:sz="6" w:space="0" w:color="B8B8B8"/>
              <w:bottom w:val="single" w:sz="6" w:space="0" w:color="B8B8B8"/>
              <w:right w:val="single" w:sz="6" w:space="0" w:color="B8B8B8"/>
            </w:tcBorders>
            <w:tcMar>
              <w:top w:w="80" w:type="dxa"/>
              <w:left w:w="80" w:type="dxa"/>
              <w:bottom w:w="80" w:type="dxa"/>
              <w:right w:w="80" w:type="dxa"/>
            </w:tcMar>
            <w:vAlign w:val="center"/>
          </w:tcPr>
          <w:p w14:paraId="1F3D2B7A" w14:textId="77777777" w:rsidR="00EE6E20" w:rsidRDefault="00EE6E20">
            <w:pPr>
              <w:spacing w:after="0" w:line="240" w:lineRule="auto"/>
            </w:pPr>
          </w:p>
        </w:tc>
      </w:tr>
      <w:tr w:rsidR="00EE6E20" w14:paraId="2EE1F498" w14:textId="77777777">
        <w:trPr>
          <w:jc w:val="center"/>
        </w:trPr>
        <w:tc>
          <w:tcPr>
            <w:tcW w:w="2948" w:type="dxa"/>
            <w:tcBorders>
              <w:top w:val="single" w:sz="6" w:space="0" w:color="B8B8B8"/>
              <w:left w:val="single" w:sz="6" w:space="0" w:color="B8B8B8"/>
              <w:bottom w:val="single" w:sz="6" w:space="0" w:color="B8B8B8"/>
              <w:right w:val="single" w:sz="6" w:space="0" w:color="B8B8B8"/>
            </w:tcBorders>
            <w:tcMar>
              <w:top w:w="80" w:type="dxa"/>
              <w:left w:w="80" w:type="dxa"/>
              <w:bottom w:w="80" w:type="dxa"/>
              <w:right w:w="80" w:type="dxa"/>
            </w:tcMar>
            <w:vAlign w:val="center"/>
          </w:tcPr>
          <w:p w14:paraId="55238262" w14:textId="77777777" w:rsidR="00EE6E20" w:rsidRDefault="00EE6E20">
            <w:pPr>
              <w:spacing w:after="0" w:line="240" w:lineRule="auto"/>
            </w:pPr>
          </w:p>
        </w:tc>
        <w:tc>
          <w:tcPr>
            <w:tcW w:w="5443" w:type="dxa"/>
            <w:tcBorders>
              <w:top w:val="single" w:sz="6" w:space="0" w:color="B8B8B8"/>
              <w:left w:val="single" w:sz="6" w:space="0" w:color="B8B8B8"/>
              <w:bottom w:val="single" w:sz="6" w:space="0" w:color="B8B8B8"/>
              <w:right w:val="single" w:sz="6" w:space="0" w:color="B8B8B8"/>
            </w:tcBorders>
            <w:tcMar>
              <w:top w:w="80" w:type="dxa"/>
              <w:left w:w="80" w:type="dxa"/>
              <w:bottom w:w="80" w:type="dxa"/>
              <w:right w:w="80" w:type="dxa"/>
            </w:tcMar>
            <w:vAlign w:val="center"/>
          </w:tcPr>
          <w:p w14:paraId="4E4DBEA5" w14:textId="77777777" w:rsidR="00EE6E20" w:rsidRDefault="00EE6E20">
            <w:pPr>
              <w:spacing w:after="0" w:line="240" w:lineRule="auto"/>
            </w:pPr>
          </w:p>
        </w:tc>
        <w:tc>
          <w:tcPr>
            <w:tcW w:w="1417" w:type="dxa"/>
            <w:tcBorders>
              <w:top w:val="single" w:sz="6" w:space="0" w:color="B8B8B8"/>
              <w:left w:val="single" w:sz="6" w:space="0" w:color="B8B8B8"/>
              <w:bottom w:val="single" w:sz="6" w:space="0" w:color="B8B8B8"/>
              <w:right w:val="single" w:sz="6" w:space="0" w:color="B8B8B8"/>
            </w:tcBorders>
            <w:tcMar>
              <w:top w:w="80" w:type="dxa"/>
              <w:left w:w="80" w:type="dxa"/>
              <w:bottom w:w="80" w:type="dxa"/>
              <w:right w:w="80" w:type="dxa"/>
            </w:tcMar>
            <w:vAlign w:val="center"/>
          </w:tcPr>
          <w:p w14:paraId="1797A001" w14:textId="77777777" w:rsidR="00EE6E20" w:rsidRDefault="00EE6E20">
            <w:pPr>
              <w:spacing w:after="0" w:line="240" w:lineRule="auto"/>
            </w:pPr>
          </w:p>
        </w:tc>
      </w:tr>
      <w:tr w:rsidR="00EE6E20" w14:paraId="50BBE48B" w14:textId="77777777">
        <w:trPr>
          <w:jc w:val="center"/>
        </w:trPr>
        <w:tc>
          <w:tcPr>
            <w:tcW w:w="2948" w:type="dxa"/>
            <w:tcBorders>
              <w:top w:val="single" w:sz="6" w:space="0" w:color="B8B8B8"/>
              <w:left w:val="single" w:sz="6" w:space="0" w:color="B8B8B8"/>
              <w:bottom w:val="single" w:sz="6" w:space="0" w:color="B8B8B8"/>
              <w:right w:val="single" w:sz="6" w:space="0" w:color="B8B8B8"/>
            </w:tcBorders>
            <w:tcMar>
              <w:top w:w="80" w:type="dxa"/>
              <w:left w:w="80" w:type="dxa"/>
              <w:bottom w:w="80" w:type="dxa"/>
              <w:right w:w="80" w:type="dxa"/>
            </w:tcMar>
            <w:vAlign w:val="center"/>
          </w:tcPr>
          <w:p w14:paraId="2D7147D5" w14:textId="77777777" w:rsidR="00EE6E20" w:rsidRDefault="00EE6E20">
            <w:pPr>
              <w:spacing w:after="0" w:line="240" w:lineRule="auto"/>
            </w:pPr>
          </w:p>
        </w:tc>
        <w:tc>
          <w:tcPr>
            <w:tcW w:w="5443" w:type="dxa"/>
            <w:tcBorders>
              <w:top w:val="single" w:sz="6" w:space="0" w:color="B8B8B8"/>
              <w:left w:val="single" w:sz="6" w:space="0" w:color="B8B8B8"/>
              <w:bottom w:val="single" w:sz="6" w:space="0" w:color="B8B8B8"/>
              <w:right w:val="single" w:sz="6" w:space="0" w:color="B8B8B8"/>
            </w:tcBorders>
            <w:tcMar>
              <w:top w:w="80" w:type="dxa"/>
              <w:left w:w="80" w:type="dxa"/>
              <w:bottom w:w="80" w:type="dxa"/>
              <w:right w:w="80" w:type="dxa"/>
            </w:tcMar>
            <w:vAlign w:val="center"/>
          </w:tcPr>
          <w:p w14:paraId="6DDD7D55" w14:textId="77777777" w:rsidR="00EE6E20" w:rsidRDefault="00EE6E20">
            <w:pPr>
              <w:spacing w:after="0" w:line="240" w:lineRule="auto"/>
            </w:pPr>
          </w:p>
        </w:tc>
        <w:tc>
          <w:tcPr>
            <w:tcW w:w="1417" w:type="dxa"/>
            <w:tcBorders>
              <w:top w:val="single" w:sz="6" w:space="0" w:color="B8B8B8"/>
              <w:left w:val="single" w:sz="6" w:space="0" w:color="B8B8B8"/>
              <w:bottom w:val="single" w:sz="6" w:space="0" w:color="B8B8B8"/>
              <w:right w:val="single" w:sz="6" w:space="0" w:color="B8B8B8"/>
            </w:tcBorders>
            <w:tcMar>
              <w:top w:w="80" w:type="dxa"/>
              <w:left w:w="80" w:type="dxa"/>
              <w:bottom w:w="80" w:type="dxa"/>
              <w:right w:w="80" w:type="dxa"/>
            </w:tcMar>
            <w:vAlign w:val="center"/>
          </w:tcPr>
          <w:p w14:paraId="651E269B" w14:textId="77777777" w:rsidR="00EE6E20" w:rsidRDefault="00EE6E20">
            <w:pPr>
              <w:spacing w:after="0" w:line="240" w:lineRule="auto"/>
            </w:pPr>
          </w:p>
        </w:tc>
      </w:tr>
    </w:tbl>
    <w:p w14:paraId="533B9956" w14:textId="77777777" w:rsidR="00EE6E20" w:rsidRDefault="00EE6E20">
      <w:pPr>
        <w:spacing w:after="40" w:line="252" w:lineRule="auto"/>
      </w:pPr>
    </w:p>
    <w:tbl>
      <w:tblPr>
        <w:tblW w:w="0" w:type="auto"/>
        <w:jc w:val="center"/>
        <w:tblLayout w:type="fixed"/>
        <w:tblLook w:val="04A0" w:firstRow="1" w:lastRow="0" w:firstColumn="1" w:lastColumn="0" w:noHBand="0" w:noVBand="1"/>
      </w:tblPr>
      <w:tblGrid>
        <w:gridCol w:w="10376"/>
      </w:tblGrid>
      <w:tr w:rsidR="00EE6E20" w14:paraId="49625CD5" w14:textId="77777777" w:rsidTr="00690190">
        <w:trPr>
          <w:jc w:val="center"/>
        </w:trPr>
        <w:tc>
          <w:tcPr>
            <w:tcW w:w="10376" w:type="dxa"/>
            <w:shd w:val="clear" w:color="auto" w:fill="8A1A45"/>
            <w:tcMar>
              <w:top w:w="65" w:type="dxa"/>
              <w:left w:w="100" w:type="dxa"/>
              <w:bottom w:w="65" w:type="dxa"/>
              <w:right w:w="100" w:type="dxa"/>
            </w:tcMar>
          </w:tcPr>
          <w:p w14:paraId="30766736" w14:textId="77777777" w:rsidR="00EE6E20" w:rsidRDefault="00000000">
            <w:pPr>
              <w:spacing w:after="0"/>
            </w:pPr>
            <w:r>
              <w:rPr>
                <w:b/>
                <w:color w:val="FFFFFF"/>
                <w:sz w:val="20"/>
              </w:rPr>
              <w:t>Commentaire</w:t>
            </w:r>
          </w:p>
        </w:tc>
      </w:tr>
    </w:tbl>
    <w:p w14:paraId="5D902587" w14:textId="77777777" w:rsidR="00EE6E20" w:rsidRDefault="00EE6E20">
      <w:pPr>
        <w:spacing w:after="0"/>
      </w:pPr>
    </w:p>
    <w:tbl>
      <w:tblPr>
        <w:tblW w:w="0" w:type="auto"/>
        <w:jc w:val="center"/>
        <w:tblLayout w:type="fixed"/>
        <w:tblLook w:val="04A0" w:firstRow="1" w:lastRow="0" w:firstColumn="1" w:lastColumn="0" w:noHBand="0" w:noVBand="1"/>
      </w:tblPr>
      <w:tblGrid>
        <w:gridCol w:w="9808"/>
      </w:tblGrid>
      <w:tr w:rsidR="00EE6E20" w14:paraId="5E4102E6" w14:textId="77777777">
        <w:trPr>
          <w:jc w:val="center"/>
        </w:trPr>
        <w:tc>
          <w:tcPr>
            <w:tcW w:w="9808" w:type="dxa"/>
            <w:tcBorders>
              <w:top w:val="single" w:sz="6" w:space="0" w:color="B8B8B8"/>
              <w:left w:val="single" w:sz="6" w:space="0" w:color="B8B8B8"/>
              <w:bottom w:val="single" w:sz="6" w:space="0" w:color="B8B8B8"/>
              <w:right w:val="single" w:sz="6" w:space="0" w:color="B8B8B8"/>
            </w:tcBorders>
            <w:shd w:val="clear" w:color="auto" w:fill="F6F6F6"/>
            <w:tcMar>
              <w:top w:w="80" w:type="dxa"/>
              <w:left w:w="80" w:type="dxa"/>
              <w:bottom w:w="80" w:type="dxa"/>
              <w:right w:w="80" w:type="dxa"/>
            </w:tcMar>
            <w:vAlign w:val="center"/>
          </w:tcPr>
          <w:p w14:paraId="7DFC9730" w14:textId="77777777" w:rsidR="00EE6E20" w:rsidRDefault="00000000">
            <w:pPr>
              <w:spacing w:after="0" w:line="240" w:lineRule="auto"/>
            </w:pPr>
            <w:r>
              <w:br/>
            </w:r>
            <w:r>
              <w:br/>
            </w:r>
            <w:r>
              <w:br/>
            </w:r>
          </w:p>
        </w:tc>
      </w:tr>
    </w:tbl>
    <w:p w14:paraId="7F191222" w14:textId="77777777" w:rsidR="00EE6E20" w:rsidRDefault="00000000">
      <w:pPr>
        <w:spacing w:before="200" w:after="160"/>
      </w:pPr>
      <w:r>
        <w:rPr>
          <w:sz w:val="19"/>
        </w:rPr>
        <w:t>☐  J’ai vérifié les informations ci-dessus et je confirme qu’elles sont complètes et correctes.</w:t>
      </w:r>
    </w:p>
    <w:tbl>
      <w:tblPr>
        <w:tblW w:w="0" w:type="auto"/>
        <w:tblLayout w:type="fixed"/>
        <w:tblLook w:val="04A0" w:firstRow="1" w:lastRow="0" w:firstColumn="1" w:lastColumn="0" w:noHBand="0" w:noVBand="1"/>
      </w:tblPr>
      <w:tblGrid>
        <w:gridCol w:w="5188"/>
        <w:gridCol w:w="5188"/>
      </w:tblGrid>
      <w:tr w:rsidR="00EE6E20" w14:paraId="2BA48EE6" w14:textId="77777777">
        <w:tc>
          <w:tcPr>
            <w:tcW w:w="5188" w:type="dxa"/>
            <w:tcBorders>
              <w:top w:val="nil"/>
              <w:left w:val="nil"/>
              <w:bottom w:val="nil"/>
              <w:right w:val="nil"/>
            </w:tcBorders>
          </w:tcPr>
          <w:p w14:paraId="7FD9A7B8" w14:textId="77777777" w:rsidR="00EE6E20" w:rsidRDefault="00000000">
            <w:r>
              <w:t>Date :  ____________________</w:t>
            </w:r>
          </w:p>
        </w:tc>
        <w:tc>
          <w:tcPr>
            <w:tcW w:w="5188" w:type="dxa"/>
            <w:tcBorders>
              <w:top w:val="nil"/>
              <w:left w:val="nil"/>
              <w:bottom w:val="nil"/>
              <w:right w:val="nil"/>
            </w:tcBorders>
          </w:tcPr>
          <w:p w14:paraId="5C044A55" w14:textId="77777777" w:rsidR="00EE6E20" w:rsidRDefault="00000000">
            <w:r>
              <w:t>Nom / signature :  ______________________________</w:t>
            </w:r>
          </w:p>
        </w:tc>
      </w:tr>
    </w:tbl>
    <w:p w14:paraId="630AD63C" w14:textId="77777777" w:rsidR="00EE6E20" w:rsidRDefault="00000000">
      <w:pPr>
        <w:spacing w:before="240" w:after="0" w:line="252" w:lineRule="auto"/>
      </w:pPr>
      <w:r>
        <w:rPr>
          <w:b/>
          <w:color w:val="202020"/>
          <w:sz w:val="21"/>
        </w:rPr>
        <w:t>Veuillez renvoyer le formulaire rempli au format PDF par e-mail à info@pilatessuisse.ch.</w:t>
      </w:r>
    </w:p>
    <w:sectPr w:rsidR="00EE6E20" w:rsidSect="00034616">
      <w:headerReference w:type="even" r:id="rId8"/>
      <w:headerReference w:type="default" r:id="rId9"/>
      <w:footerReference w:type="even" r:id="rId10"/>
      <w:footerReference w:type="default" r:id="rId11"/>
      <w:headerReference w:type="first" r:id="rId12"/>
      <w:footerReference w:type="first" r:id="rId13"/>
      <w:pgSz w:w="11906" w:h="16838"/>
      <w:pgMar w:top="709" w:right="765" w:bottom="709" w:left="76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02CA8" w14:textId="77777777" w:rsidR="001001AA" w:rsidRDefault="001001AA">
      <w:pPr>
        <w:spacing w:after="0" w:line="240" w:lineRule="auto"/>
      </w:pPr>
      <w:r>
        <w:separator/>
      </w:r>
    </w:p>
  </w:endnote>
  <w:endnote w:type="continuationSeparator" w:id="0">
    <w:p w14:paraId="2A6A0246" w14:textId="77777777" w:rsidR="001001AA" w:rsidRDefault="00100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4CFCB" w14:textId="77777777" w:rsidR="00693B0F" w:rsidRDefault="00693B0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8B946" w14:textId="77777777" w:rsidR="00EE6E20" w:rsidRDefault="00000000">
    <w:pPr>
      <w:pStyle w:val="Fuzeile"/>
      <w:jc w:val="right"/>
    </w:pPr>
    <w:r>
      <w:rPr>
        <w:color w:val="505050"/>
        <w:sz w:val="16"/>
      </w:rPr>
      <w:fldChar w:fldCharType="begin"/>
    </w:r>
    <w:r>
      <w:rPr>
        <w:color w:val="505050"/>
        <w:sz w:val="16"/>
      </w:rPr>
      <w:instrText xml:space="preserve"> PAGE </w:instrText>
    </w:r>
    <w:r>
      <w:rPr>
        <w:color w:val="505050"/>
        <w:sz w:val="16"/>
      </w:rPr>
      <w:fldChar w:fldCharType="separate"/>
    </w:r>
    <w:r w:rsidR="00690190">
      <w:rPr>
        <w:noProof/>
        <w:color w:val="505050"/>
        <w:sz w:val="16"/>
      </w:rPr>
      <w:t>1</w:t>
    </w:r>
    <w:r>
      <w:rPr>
        <w:color w:val="505050"/>
        <w:sz w:val="16"/>
      </w:rPr>
      <w:fldChar w:fldCharType="end"/>
    </w:r>
    <w:r>
      <w:rPr>
        <w:color w:val="505050"/>
        <w:sz w:val="16"/>
      </w:rPr>
      <w:t xml:space="preserve"> / </w:t>
    </w:r>
    <w:r>
      <w:rPr>
        <w:color w:val="505050"/>
        <w:sz w:val="16"/>
      </w:rPr>
      <w:fldChar w:fldCharType="begin"/>
    </w:r>
    <w:r>
      <w:rPr>
        <w:color w:val="505050"/>
        <w:sz w:val="16"/>
      </w:rPr>
      <w:instrText xml:space="preserve"> NUMPAGES </w:instrText>
    </w:r>
    <w:r>
      <w:rPr>
        <w:color w:val="505050"/>
        <w:sz w:val="16"/>
      </w:rPr>
      <w:fldChar w:fldCharType="separate"/>
    </w:r>
    <w:r w:rsidR="00690190">
      <w:rPr>
        <w:noProof/>
        <w:color w:val="505050"/>
        <w:sz w:val="16"/>
      </w:rPr>
      <w:t>2</w:t>
    </w:r>
    <w:r>
      <w:rPr>
        <w:color w:val="50505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0543A" w14:textId="77777777" w:rsidR="00693B0F" w:rsidRDefault="00693B0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14CDC" w14:textId="77777777" w:rsidR="001001AA" w:rsidRDefault="001001AA">
      <w:pPr>
        <w:spacing w:after="0" w:line="240" w:lineRule="auto"/>
      </w:pPr>
      <w:r>
        <w:separator/>
      </w:r>
    </w:p>
  </w:footnote>
  <w:footnote w:type="continuationSeparator" w:id="0">
    <w:p w14:paraId="4F76688E" w14:textId="77777777" w:rsidR="001001AA" w:rsidRDefault="00100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B39A3" w14:textId="77777777" w:rsidR="00693B0F" w:rsidRDefault="00693B0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A73DB" w14:textId="14854D36" w:rsidR="00EE6E20" w:rsidRDefault="00EE6E20">
    <w:pPr>
      <w:pStyle w:val="Kopfzeile"/>
    </w:pPr>
  </w:p>
  <w:tbl>
    <w:tblPr>
      <w:tblW w:w="0" w:type="auto"/>
      <w:tblLayout w:type="fixed"/>
      <w:tblLook w:val="04A0" w:firstRow="1" w:lastRow="0" w:firstColumn="1" w:lastColumn="0" w:noHBand="0" w:noVBand="1"/>
    </w:tblPr>
    <w:tblGrid>
      <w:gridCol w:w="5187"/>
      <w:gridCol w:w="5187"/>
    </w:tblGrid>
    <w:tr w:rsidR="00690190" w:rsidRPr="00690190" w14:paraId="676E2F46" w14:textId="77777777">
      <w:tc>
        <w:tcPr>
          <w:tcW w:w="5187" w:type="dxa"/>
          <w:tcBorders>
            <w:top w:val="nil"/>
            <w:left w:val="nil"/>
            <w:bottom w:val="nil"/>
            <w:right w:val="nil"/>
          </w:tcBorders>
        </w:tcPr>
        <w:p w14:paraId="2A1B973A" w14:textId="77777777" w:rsidR="00693B0F" w:rsidRDefault="00693B0F" w:rsidP="00693B0F">
          <w:pPr>
            <w:pStyle w:val="StandardWeb"/>
          </w:pPr>
          <w:r>
            <w:rPr>
              <w:noProof/>
            </w:rPr>
            <w:drawing>
              <wp:inline distT="0" distB="0" distL="0" distR="0" wp14:anchorId="7F855EA3" wp14:editId="3A8C99DD">
                <wp:extent cx="2381250" cy="10668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1066800"/>
                        </a:xfrm>
                        <a:prstGeom prst="rect">
                          <a:avLst/>
                        </a:prstGeom>
                        <a:noFill/>
                        <a:ln>
                          <a:noFill/>
                        </a:ln>
                      </pic:spPr>
                    </pic:pic>
                  </a:graphicData>
                </a:graphic>
              </wp:inline>
            </w:drawing>
          </w:r>
        </w:p>
        <w:p w14:paraId="00CB764C" w14:textId="559401F2" w:rsidR="00EE6E20" w:rsidRPr="00690190" w:rsidRDefault="00EE6E20">
          <w:pPr>
            <w:rPr>
              <w:color w:val="8A1A45"/>
            </w:rPr>
          </w:pPr>
        </w:p>
      </w:tc>
      <w:tc>
        <w:tcPr>
          <w:tcW w:w="5187" w:type="dxa"/>
          <w:tcBorders>
            <w:top w:val="nil"/>
            <w:left w:val="nil"/>
            <w:bottom w:val="nil"/>
            <w:right w:val="nil"/>
          </w:tcBorders>
        </w:tcPr>
        <w:p w14:paraId="1885FE01" w14:textId="77777777" w:rsidR="00EE6E20" w:rsidRPr="00690190" w:rsidRDefault="00000000">
          <w:pPr>
            <w:jc w:val="right"/>
            <w:rPr>
              <w:color w:val="8A1A45"/>
            </w:rPr>
          </w:pPr>
          <w:proofErr w:type="spellStart"/>
          <w:r w:rsidRPr="00690190">
            <w:rPr>
              <w:rFonts w:ascii="Aptos Display" w:hAnsi="Aptos Display"/>
              <w:color w:val="8A1A45"/>
              <w:sz w:val="40"/>
            </w:rPr>
            <w:t>Adhésion</w:t>
          </w:r>
          <w:proofErr w:type="spellEnd"/>
          <w:r w:rsidRPr="00690190">
            <w:rPr>
              <w:rFonts w:ascii="Aptos Display" w:hAnsi="Aptos Display"/>
              <w:color w:val="8A1A45"/>
              <w:sz w:val="40"/>
            </w:rPr>
            <w:t xml:space="preserve"> Studio</w:t>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6EE75" w14:textId="77777777" w:rsidR="00693B0F" w:rsidRDefault="00693B0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088623582">
    <w:abstractNumId w:val="8"/>
  </w:num>
  <w:num w:numId="2" w16cid:durableId="1805931443">
    <w:abstractNumId w:val="6"/>
  </w:num>
  <w:num w:numId="3" w16cid:durableId="1897204984">
    <w:abstractNumId w:val="5"/>
  </w:num>
  <w:num w:numId="4" w16cid:durableId="1811512386">
    <w:abstractNumId w:val="4"/>
  </w:num>
  <w:num w:numId="5" w16cid:durableId="1456562876">
    <w:abstractNumId w:val="7"/>
  </w:num>
  <w:num w:numId="6" w16cid:durableId="1874534835">
    <w:abstractNumId w:val="3"/>
  </w:num>
  <w:num w:numId="7" w16cid:durableId="996959354">
    <w:abstractNumId w:val="2"/>
  </w:num>
  <w:num w:numId="8" w16cid:durableId="2038499826">
    <w:abstractNumId w:val="1"/>
  </w:num>
  <w:num w:numId="9" w16cid:durableId="1307514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01AA"/>
    <w:rsid w:val="0015074B"/>
    <w:rsid w:val="0029639D"/>
    <w:rsid w:val="00326F90"/>
    <w:rsid w:val="005E4255"/>
    <w:rsid w:val="00690190"/>
    <w:rsid w:val="00693B0F"/>
    <w:rsid w:val="00AA1D8D"/>
    <w:rsid w:val="00B47730"/>
    <w:rsid w:val="00C064C6"/>
    <w:rsid w:val="00CB0664"/>
    <w:rsid w:val="00EE6E20"/>
    <w:rsid w:val="00F24F9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05EC9D"/>
  <w14:defaultImageDpi w14:val="300"/>
  <w15:docId w15:val="{B1F90156-6BD1-44AD-A138-8E2CBDD37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80"/>
    </w:pPr>
    <w:rPr>
      <w:rFonts w:ascii="Aptos" w:hAnsi="Aptos"/>
      <w:sz w:val="18"/>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tandardWeb">
    <w:name w:val="Normal (Web)"/>
    <w:basedOn w:val="Standard"/>
    <w:uiPriority w:val="99"/>
    <w:semiHidden/>
    <w:unhideWhenUsed/>
    <w:rsid w:val="00693B0F"/>
    <w:pPr>
      <w:spacing w:before="100" w:beforeAutospacing="1" w:after="100" w:afterAutospacing="1" w:line="240" w:lineRule="auto"/>
    </w:pPr>
    <w:rPr>
      <w:rFonts w:ascii="Times New Roman" w:eastAsia="Times New Roman" w:hAnsi="Times New Roman" w:cs="Times New Roman"/>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320</Words>
  <Characters>2022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Adhésion Studio</dc:title>
  <dc:subject>Pilatessuisse studio membership registration form</dc:subject>
  <dc:creator>Pilatessuisse</dc:creator>
  <cp:keywords/>
  <dc:description>generated by python-docx</dc:description>
  <cp:lastModifiedBy>Pilates Suisse</cp:lastModifiedBy>
  <cp:revision>3</cp:revision>
  <dcterms:created xsi:type="dcterms:W3CDTF">2026-08-21T16:47:00Z</dcterms:created>
  <dcterms:modified xsi:type="dcterms:W3CDTF">2026-08-21T16:54:00Z</dcterms:modified>
  <cp:category/>
</cp:coreProperties>
</file>